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2 · Three Languages and Java</w:t>
      </w:r>
    </w:p>
    <w:p>
      <w:pPr>
        <w:spacing w:before="0" w:after="80" w:line="264" w:lineRule="auto"/>
      </w:pPr>
      <w:r>
        <w:rPr>
          <w:rFonts w:ascii="Lato" w:hAnsi="Lato"/>
          <w:b w:val="0"/>
          <w:i/>
          <w:color w:val="404040"/>
          <w:sz w:val="19"/>
        </w:rPr>
        <w:t>HTML is what is on the page, CSS is what it looks like, and JavaScript is what it does. Java is a different language, and it usually runs somewhere other than the browser.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sort the parts of a web page by the language responsible for each, explain that Java is not one of the three and runs on servers and in many Android apps, and name the parts of a short Java program.</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15. The passage uses the words "HTML," "CSS" and "JavaScript," and states that CSS sets how the parts of a page look, including size and color.</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parts of a Java program.</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B09 The Shape,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“HTML, CSS, JavaScript and Java” with class questions, Figure 1, and the discussion form in the right panel.</w:t>
            </w:r>
          </w:p>
          <w:p>
            <w:pPr>
              <w:spacing w:before="0" w:after="20" w:line="264" w:lineRule="auto"/>
              <w:ind w:left="317" w:hanging="230"/>
            </w:pPr>
            <w:r>
              <w:rPr>
                <w:rFonts w:ascii="Lato" w:hAnsi="Lato"/>
                <w:b w:val="0"/>
                <w:i w:val="0"/>
                <w:sz w:val="19"/>
              </w:rPr>
              <w:t>• We Do deck: Reading 2 “The Shape of a Java Program” with the classwork form, then the bench slide.</w:t>
            </w:r>
          </w:p>
          <w:p>
            <w:pPr>
              <w:spacing w:before="0" w:after="20" w:line="264" w:lineRule="auto"/>
              <w:ind w:left="317" w:hanging="230"/>
            </w:pPr>
            <w:r>
              <w:rPr>
                <w:rFonts w:ascii="Lato" w:hAnsi="Lato"/>
                <w:b w:val="0"/>
                <w:i w:val="0"/>
                <w:sz w:val="19"/>
              </w:rPr>
              <w:t>• Bench Basics B09 “The Shape” at muggsofcompsci.net/cs1/bench/b09.</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HTML · CSS · JavaScript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In September you built a game and saw three kinds of code in one file. Today you sort out which language does which job on a web page, and you see why the Java on the bench is a fourth language that usually runs somewhere else.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web page has a button that turns green when you click it. Which language puts the button on the page, which one makes it green, and which one responds to the click? Is Java one of the three?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“HTML, CSS, JavaScript and Java”,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Three Languages, Three Jobs</w:t>
            </w:r>
          </w:p>
          <w:p>
            <w:pPr>
              <w:spacing w:before="0" w:after="20" w:line="264" w:lineRule="auto"/>
              <w:ind w:left="317" w:hanging="230"/>
            </w:pPr>
            <w:r>
              <w:rPr>
                <w:rFonts w:ascii="Lato" w:hAnsi="Lato"/>
                <w:b w:val="0"/>
                <w:i w:val="0"/>
                <w:sz w:val="19"/>
              </w:rPr>
              <w:t>• The Three Languages on the Bench</w:t>
            </w:r>
          </w:p>
          <w:p>
            <w:pPr>
              <w:spacing w:before="0" w:after="20" w:line="264" w:lineRule="auto"/>
              <w:ind w:left="317" w:hanging="230"/>
            </w:pPr>
            <w:r>
              <w:rPr>
                <w:rFonts w:ascii="Lato" w:hAnsi="Lato"/>
                <w:b w:val="0"/>
                <w:i w:val="0"/>
                <w:sz w:val="19"/>
              </w:rPr>
              <w:t>• Java Is a Fourth Language</w:t>
            </w:r>
          </w:p>
          <w:p>
            <w:pPr>
              <w:spacing w:before="0" w:after="20" w:line="264" w:lineRule="auto"/>
              <w:ind w:left="317" w:hanging="230"/>
            </w:pPr>
            <w:r>
              <w:rPr>
                <w:rFonts w:ascii="Lato" w:hAnsi="Lato"/>
                <w:b w:val="0"/>
                <w:i w:val="0"/>
                <w:sz w:val="19"/>
              </w:rPr>
              <w:t>• Reading Java This Semester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HTML</w:t>
            </w:r>
            <w:r>
              <w:rPr>
                <w:rFonts w:ascii="Lato" w:hAnsi="Lato"/>
                <w:b w:val="0"/>
                <w:i w:val="0"/>
                <w:sz w:val="19"/>
              </w:rPr>
              <w:t xml:space="preserve"> · The Bench Basics page has a Check row button. Which language put the button on the page?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CSS</w:t>
            </w:r>
            <w:r>
              <w:rPr>
                <w:rFonts w:ascii="Lato" w:hAnsi="Lato"/>
                <w:b w:val="0"/>
                <w:i w:val="0"/>
                <w:sz w:val="19"/>
              </w:rPr>
              <w:t xml:space="preserve"> · A correct row turns green. Which language sets the green, and which two languages stay the same if the green is changed to blue?</w:t>
            </w:r>
          </w:p>
          <w:p>
            <w:pPr>
              <w:spacing w:before="0" w:after="20" w:line="264" w:lineRule="auto"/>
              <w:ind w:left="317" w:hanging="230"/>
            </w:pPr>
            <w:r>
              <w:rPr>
                <w:rFonts w:ascii="Lato" w:hAnsi="Lato"/>
                <w:b w:val="0"/>
                <w:i w:val="0"/>
                <w:sz w:val="19"/>
              </w:rPr>
              <w:t xml:space="preserve">3. </w:t>
            </w:r>
            <w:r>
              <w:rPr>
                <w:rFonts w:ascii="Lato" w:hAnsi="Lato"/>
                <w:b w:val="0"/>
                <w:i/>
                <w:sz w:val="19"/>
              </w:rPr>
              <w:t>notebook cue: JavaScript</w:t>
            </w:r>
            <w:r>
              <w:rPr>
                <w:rFonts w:ascii="Lato" w:hAnsi="Lato"/>
                <w:b w:val="0"/>
                <w:i w:val="0"/>
                <w:sz w:val="19"/>
              </w:rPr>
              <w:t xml:space="preserve"> · You press Check row. Which language responds to the press, and where does that code run?</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Inside the browser on a Chromebook, HTML puts the Check row button on the Bench Basics page, CSS colors a finished row green and JavaScript runs when Check row is pressed, while Java usually runs outside the browser, on a server, where its bytecode runs on the Java Virtual Machine, or in an Android app.</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one language for each of the three jobs, and on one place where Java runs instead of the browser.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HTML does all three, because the whole page is an HTML file.</w:t>
            </w:r>
          </w:p>
          <w:p>
            <w:pPr>
              <w:spacing w:before="0" w:after="20" w:line="264" w:lineRule="auto"/>
              <w:ind w:left="317" w:hanging="230"/>
            </w:pPr>
            <w:r>
              <w:rPr>
                <w:rFonts w:ascii="Lato" w:hAnsi="Lato"/>
                <w:b w:val="0"/>
                <w:i w:val="0"/>
                <w:sz w:val="19"/>
              </w:rPr>
              <w:t>2. HTML puts the button there, CSS makes it green, JavaScript responds to the click, and Java is none of them.</w:t>
            </w:r>
          </w:p>
          <w:p>
            <w:pPr>
              <w:spacing w:before="0" w:after="20" w:line="264" w:lineRule="auto"/>
              <w:ind w:left="317" w:hanging="230"/>
            </w:pPr>
            <w:r>
              <w:rPr>
                <w:rFonts w:ascii="Lato" w:hAnsi="Lato"/>
                <w:b w:val="0"/>
                <w:i w:val="0"/>
                <w:sz w:val="19"/>
              </w:rPr>
              <w:t>3. Java responds to the click, because Java and JavaScript are the same language.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CSS can make a button respond to a click.</w:t>
            </w:r>
          </w:p>
          <w:p>
            <w:pPr>
              <w:spacing w:before="0" w:after="20" w:line="264" w:lineRule="auto"/>
              <w:ind w:left="317" w:hanging="230"/>
            </w:pPr>
            <w:r>
              <w:rPr>
                <w:rFonts w:ascii="Lato" w:hAnsi="Lato"/>
                <w:b w:val="0"/>
                <w:i w:val="0"/>
                <w:sz w:val="19"/>
              </w:rPr>
              <w:t>2. On a web page, JavaScript runs in the browser, and Java usually runs somewhere else.</w:t>
            </w:r>
          </w:p>
          <w:p>
            <w:pPr>
              <w:spacing w:before="0" w:after="20" w:line="264" w:lineRule="auto"/>
              <w:ind w:left="317" w:hanging="230"/>
            </w:pPr>
            <w:r>
              <w:rPr>
                <w:rFonts w:ascii="Lato" w:hAnsi="Lato"/>
                <w:b w:val="0"/>
                <w:i w:val="0"/>
                <w:sz w:val="19"/>
              </w:rPr>
              <w:t>3. Java and JavaScript are two names for one language.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“The Shape of a Java Program”, a reading of about 400 words. Work the first part aloud, then students work it on their own.</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Java Words for the Bench</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language sets how wide the text box is?</w:t>
            </w:r>
          </w:p>
          <w:p>
            <w:pPr>
              <w:spacing w:before="0" w:after="20" w:line="264" w:lineRule="auto"/>
              <w:ind w:left="317" w:hanging="230"/>
            </w:pPr>
            <w:r>
              <w:rPr>
                <w:rFonts w:ascii="Lato" w:hAnsi="Lato"/>
                <w:b w:val="0"/>
                <w:i w:val="0"/>
                <w:sz w:val="19"/>
              </w:rPr>
              <w:t>• MC 2 · Which language adds the link to the page?</w:t>
            </w:r>
          </w:p>
          <w:p>
            <w:pPr>
              <w:spacing w:before="0" w:after="20" w:line="264" w:lineRule="auto"/>
              <w:ind w:left="317" w:hanging="230"/>
            </w:pPr>
            <w:r>
              <w:rPr>
                <w:rFonts w:ascii="Lato" w:hAnsi="Lato"/>
                <w:b w:val="0"/>
                <w:i w:val="0"/>
                <w:sz w:val="19"/>
              </w:rPr>
              <w:t>• MC 3 · Which language responds to the key press?</w:t>
            </w:r>
          </w:p>
          <w:p>
            <w:pPr>
              <w:spacing w:before="0" w:after="20" w:line="264" w:lineRule="auto"/>
              <w:ind w:left="317" w:hanging="230"/>
            </w:pPr>
            <w:r>
              <w:rPr>
                <w:rFonts w:ascii="Lato" w:hAnsi="Lato"/>
                <w:b w:val="0"/>
                <w:i w:val="0"/>
                <w:sz w:val="19"/>
              </w:rPr>
              <w:t>• MC 4 · According to the passage, where does Java usually run?</w:t>
            </w:r>
          </w:p>
          <w:p>
            <w:pPr>
              <w:spacing w:before="0" w:after="20" w:line="264" w:lineRule="auto"/>
              <w:ind w:left="317" w:hanging="230"/>
            </w:pPr>
            <w:r>
              <w:rPr>
                <w:rFonts w:ascii="Lato" w:hAnsi="Lato"/>
                <w:b w:val="0"/>
                <w:i w:val="0"/>
                <w:sz w:val="19"/>
              </w:rPr>
              <w:t>• MC 5 · Which line names the class in this program?</w:t>
            </w:r>
          </w:p>
          <w:p>
            <w:pPr>
              <w:spacing w:before="0" w:after="20" w:line="264" w:lineRule="auto"/>
              <w:ind w:left="317" w:hanging="230"/>
            </w:pPr>
            <w:r>
              <w:rPr>
                <w:rFonts w:ascii="Lato" w:hAnsi="Lato"/>
                <w:b w:val="0"/>
                <w:i w:val="0"/>
                <w:sz w:val="19"/>
              </w:rPr>
              <w:t>• MC 6 · In this program, which line holds the brace that closes main?</w:t>
            </w:r>
          </w:p>
          <w:p>
            <w:pPr>
              <w:spacing w:before="0" w:after="20" w:line="264" w:lineRule="auto"/>
              <w:ind w:left="317" w:hanging="230"/>
            </w:pPr>
            <w:r>
              <w:rPr>
                <w:rFonts w:ascii="Lato" w:hAnsi="Lato"/>
                <w:b w:val="0"/>
                <w:i w:val="0"/>
                <w:sz w:val="19"/>
              </w:rPr>
              <w:t>• MC 7 · How many statements does this program have?</w:t>
            </w:r>
          </w:p>
          <w:p>
            <w:pPr>
              <w:spacing w:before="0" w:after="20" w:line="264" w:lineRule="auto"/>
              <w:ind w:left="317" w:hanging="230"/>
            </w:pPr>
            <w:r>
              <w:rPr>
                <w:rFonts w:ascii="Lato" w:hAnsi="Lato"/>
                <w:b w:val="0"/>
                <w:i w:val="0"/>
                <w:sz w:val="19"/>
              </w:rPr>
              <w:t>• MC 8 · In this program, what marks the end of the statement on line 3?</w:t>
            </w:r>
          </w:p>
          <w:p>
            <w:pPr>
              <w:spacing w:before="0" w:after="20" w:line="264" w:lineRule="auto"/>
              <w:ind w:left="317" w:hanging="230"/>
            </w:pPr>
            <w:r>
              <w:rPr>
                <w:rFonts w:ascii="Lato" w:hAnsi="Lato"/>
                <w:b w:val="0"/>
                <w:i w:val="0"/>
                <w:sz w:val="19"/>
              </w:rPr>
              <w:t>• MC 9 · What is the name of the method that holds this program's statements?</w:t>
            </w:r>
          </w:p>
          <w:p>
            <w:pPr>
              <w:spacing w:before="0" w:after="20" w:line="264" w:lineRule="auto"/>
              <w:ind w:left="317" w:hanging="230"/>
            </w:pPr>
            <w:r>
              <w:rPr>
                <w:rFonts w:ascii="Lato" w:hAnsi="Lato"/>
                <w:b w:val="0"/>
                <w:i w:val="0"/>
                <w:sz w:val="19"/>
              </w:rPr>
              <w:t>• MC 10 · In this program, which pair of braces is inside the other?</w:t>
            </w:r>
          </w:p>
          <w:p>
            <w:pPr>
              <w:spacing w:before="0" w:after="20" w:line="264" w:lineRule="auto"/>
              <w:ind w:left="317" w:hanging="230"/>
            </w:pPr>
            <w:r>
              <w:rPr>
                <w:rFonts w:ascii="Lato" w:hAnsi="Lato"/>
                <w:b w:val="0"/>
                <w:i w:val="0"/>
                <w:sz w:val="19"/>
              </w:rPr>
              <w:t>• CR 1 · Name the line that names the class, the line that is the header of main, each line that is a statement, and the line of each closing brace, saying what each closing brace closes.</w:t>
            </w:r>
          </w:p>
          <w:p>
            <w:pPr>
              <w:spacing w:before="0" w:after="20" w:line="264" w:lineRule="auto"/>
              <w:ind w:left="317" w:hanging="230"/>
            </w:pPr>
            <w:r>
              <w:rPr>
                <w:rFonts w:ascii="Lato" w:hAnsi="Lato"/>
                <w:b w:val="0"/>
                <w:i w:val="0"/>
                <w:sz w:val="19"/>
              </w:rPr>
              <w:t>• CR 2 · In two sentences, explain why every { in a Java program needs a matching }.</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Explain how you counted line 4.</w:t>
            </w:r>
          </w:p>
          <w:p>
            <w:pPr>
              <w:spacing w:before="0" w:after="20" w:line="264" w:lineRule="auto"/>
              <w:ind w:left="317" w:hanging="230"/>
            </w:pPr>
            <w:r>
              <w:rPr>
                <w:rFonts w:ascii="Lato" w:hAnsi="Lato"/>
                <w:b w:val="0"/>
                <w:i w:val="0"/>
                <w:sz w:val="19"/>
              </w:rPr>
              <w:t>• CR 4 · Pick a website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B09 · The Shape</w:t>
            </w:r>
          </w:p>
        </w:tc>
        <w:tc>
          <w:tcPr>
            <w:tcW w:type="dxa" w:w="9000"/>
          </w:tcPr>
          <w:p>
            <w:pPr>
              <w:spacing w:before="0" w:after="40" w:line="264" w:lineRule="auto"/>
            </w:pPr>
            <w:r>
              <w:rPr>
                <w:rFonts w:ascii="Lato" w:hAnsi="Lato"/>
                <w:b w:val="0"/>
                <w:i w:val="0"/>
                <w:sz w:val="19"/>
              </w:rPr>
              <w:t>click the part: class, main, braces and their pairs, statements, semicolons; Java words to know.</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Give the job of HTML, CSS and JavaScript in one sentence each, and say where Java usually runs.</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a Java program, what does the pair of braces after main hold, and what ends each statement?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On a movie theater's website, taken seats are shown in gray, and a seat is marked when a person taps it. Which language sets the gray, and which one responds to the tap?</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First Java bench. B09 is reading only: students click parts, they do not type a program. Students who finish early go back to B05–B08 for a higher best score.</w:t>
            </w:r>
          </w:p>
          <w:p>
            <w:pPr>
              <w:spacing w:before="0" w:after="20" w:line="264" w:lineRule="auto"/>
              <w:ind w:left="317" w:hanging="230"/>
            </w:pPr>
            <w:r>
              <w:rPr>
                <w:rFonts w:ascii="Lato" w:hAnsi="Lato"/>
                <w:b w:val="0"/>
                <w:i w:val="0"/>
                <w:sz w:val="19"/>
              </w:rPr>
              <w:t>• The Oct 28 and Oct 29 terms (bytecode, Java Virtual Machine, back end) are used here in bold at first use and not taught again.</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3 · Requirements a Person Can Test</w:t>
      </w:r>
    </w:p>
    <w:p>
      <w:pPr>
        <w:spacing w:before="0" w:after="80" w:line="264" w:lineRule="auto"/>
      </w:pPr>
      <w:r>
        <w:rPr>
          <w:rFonts w:ascii="Lato" w:hAnsi="Lato"/>
          <w:b w:val="0"/>
          <w:i/>
          <w:color w:val="404040"/>
          <w:sz w:val="19"/>
        </w:rPr>
        <w:t>A requirement is useful only if someone can check it.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tell a requirement that can be tested from a statement that cannot, and write a test for each of Code Coach's requirements.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13. The passage uses the words "requirement" and "can be tested," and states that a requirement can be tested when it names a result that a person can observe.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order a program runs.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B10 Start to Stop,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“Specifications, Requirements and Tests” with class questions, Figure 1, and the discussion form in the right panel.</w:t>
            </w:r>
          </w:p>
          <w:p>
            <w:pPr>
              <w:spacing w:before="0" w:after="20" w:line="264" w:lineRule="auto"/>
              <w:ind w:left="317" w:hanging="230"/>
            </w:pPr>
            <w:r>
              <w:rPr>
                <w:rFonts w:ascii="Lato" w:hAnsi="Lato"/>
                <w:b w:val="0"/>
                <w:i w:val="0"/>
                <w:sz w:val="19"/>
              </w:rPr>
              <w:t>• We Do deck: Reading 2 “Start to Stop: The Order a Program Runs” with the classwork form, then the bench slide.</w:t>
            </w:r>
          </w:p>
          <w:p>
            <w:pPr>
              <w:spacing w:before="0" w:after="20" w:line="264" w:lineRule="auto"/>
              <w:ind w:left="317" w:hanging="230"/>
            </w:pPr>
            <w:r>
              <w:rPr>
                <w:rFonts w:ascii="Lato" w:hAnsi="Lato"/>
                <w:b w:val="0"/>
                <w:i w:val="0"/>
                <w:sz w:val="19"/>
              </w:rPr>
              <w:t>• Bench Basics B10 “Start to Stop” at muggsofcompsci.net/cs1/bench/b10.</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specification · requirement · test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The class has an example tool called Code Coach, which explains Java while you read it. Today you look at the rules it has to follow, and at how a person could check each one.</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Someone tells the builder of Code Coach, "Make it smart." Could a person check whether that was done? Answer yes or no, then rewrite it as one sentence a person could check.</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“Specifications, Requirements and Tests”,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From a Purpose to a Specification</w:t>
            </w:r>
          </w:p>
          <w:p>
            <w:pPr>
              <w:spacing w:before="0" w:after="20" w:line="264" w:lineRule="auto"/>
              <w:ind w:left="317" w:hanging="230"/>
            </w:pPr>
            <w:r>
              <w:rPr>
                <w:rFonts w:ascii="Lato" w:hAnsi="Lato"/>
                <w:b w:val="0"/>
                <w:i w:val="0"/>
                <w:sz w:val="19"/>
              </w:rPr>
              <w:t>• Requirements That Can Be Tested</w:t>
            </w:r>
          </w:p>
          <w:p>
            <w:pPr>
              <w:spacing w:before="0" w:after="20" w:line="264" w:lineRule="auto"/>
              <w:ind w:left="317" w:hanging="230"/>
            </w:pPr>
            <w:r>
              <w:rPr>
                <w:rFonts w:ascii="Lato" w:hAnsi="Lato"/>
                <w:b w:val="0"/>
                <w:i w:val="0"/>
                <w:sz w:val="19"/>
              </w:rPr>
              <w:t>• Writing a Test for Each Requirement</w:t>
            </w:r>
          </w:p>
          <w:p>
            <w:pPr>
              <w:spacing w:before="0" w:after="20" w:line="264" w:lineRule="auto"/>
              <w:ind w:left="317" w:hanging="230"/>
            </w:pPr>
            <w:r>
              <w:rPr>
                <w:rFonts w:ascii="Lato" w:hAnsi="Lato"/>
                <w:b w:val="0"/>
                <w:i w:val="0"/>
                <w:sz w:val="19"/>
              </w:rPr>
              <w:t>• Rewriting a Wish as a Requirement</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specification</w:t>
            </w:r>
            <w:r>
              <w:rPr>
                <w:rFonts w:ascii="Lato" w:hAnsi="Lato"/>
                <w:b w:val="0"/>
                <w:i w:val="0"/>
                <w:sz w:val="19"/>
              </w:rPr>
              <w:t xml:space="preserve"> · Code Coach has a purpose sentence. What is still missing before someone could build it and check it?</w:t>
            </w:r>
          </w:p>
          <w:p>
            <w:pPr>
              <w:spacing w:before="0" w:after="20" w:line="264" w:lineRule="auto"/>
              <w:ind w:left="317" w:hanging="230"/>
            </w:pPr>
            <w:r>
              <w:rPr>
                <w:rFonts w:ascii="Lato" w:hAnsi="Lato"/>
                <w:b w:val="0"/>
                <w:i w:val="0"/>
                <w:sz w:val="19"/>
              </w:rPr>
              <w:t xml:space="preserve">2. </w:t>
            </w:r>
            <w:r>
              <w:rPr>
                <w:rFonts w:ascii="Lato" w:hAnsi="Lato"/>
                <w:b w:val="0"/>
                <w:i/>
                <w:sz w:val="19"/>
              </w:rPr>
              <w:t>notebook cue: requirement</w:t>
            </w:r>
            <w:r>
              <w:rPr>
                <w:rFonts w:ascii="Lato" w:hAnsi="Lato"/>
                <w:b w:val="0"/>
                <w:i w:val="0"/>
                <w:sz w:val="19"/>
              </w:rPr>
              <w:t xml:space="preserve"> · Which one can be tested: "Code Coach is smart," or "When the input is not Java, Code Coach says so"? What makes the difference?</w:t>
            </w:r>
          </w:p>
          <w:p>
            <w:pPr>
              <w:spacing w:before="0" w:after="20" w:line="264" w:lineRule="auto"/>
              <w:ind w:left="317" w:hanging="230"/>
            </w:pPr>
            <w:r>
              <w:rPr>
                <w:rFonts w:ascii="Lato" w:hAnsi="Lato"/>
                <w:b w:val="0"/>
                <w:i w:val="0"/>
                <w:sz w:val="19"/>
              </w:rPr>
              <w:t xml:space="preserve">3. </w:t>
            </w:r>
            <w:r>
              <w:rPr>
                <w:rFonts w:ascii="Lato" w:hAnsi="Lato"/>
                <w:b w:val="0"/>
                <w:i/>
                <w:sz w:val="19"/>
              </w:rPr>
              <w:t>notebook cue: test</w:t>
            </w:r>
            <w:r>
              <w:rPr>
                <w:rFonts w:ascii="Lato" w:hAnsi="Lato"/>
                <w:b w:val="0"/>
                <w:i w:val="0"/>
                <w:sz w:val="19"/>
              </w:rPr>
              <w:t xml:space="preserve"> · R3 says Code Coach does not write new code for the student. Describe a test for it: the input, what you expect, and what you compare.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Each of Code Coach's five requirements has a test input and a result a person should see, while the wish "Code Coach should be smart" has no test.</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decides yes or no, then rewrites "Make it smart" as one sentence a person could check, and says how they would check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A person can use it and decide whether it seems smart.</w:t>
            </w:r>
          </w:p>
          <w:p>
            <w:pPr>
              <w:spacing w:before="0" w:after="20" w:line="264" w:lineRule="auto"/>
              <w:ind w:left="317" w:hanging="230"/>
            </w:pPr>
            <w:r>
              <w:rPr>
                <w:rFonts w:ascii="Lato" w:hAnsi="Lato"/>
                <w:b w:val="0"/>
                <w:i w:val="0"/>
                <w:sz w:val="19"/>
              </w:rPr>
              <w:t>2. No. "Smart" does not name a result that anyone can check.</w:t>
            </w:r>
          </w:p>
          <w:p>
            <w:pPr>
              <w:spacing w:before="0" w:after="20" w:line="264" w:lineRule="auto"/>
              <w:ind w:left="317" w:hanging="230"/>
            </w:pPr>
            <w:r>
              <w:rPr>
                <w:rFonts w:ascii="Lato" w:hAnsi="Lato"/>
                <w:b w:val="0"/>
                <w:i w:val="0"/>
                <w:sz w:val="19"/>
              </w:rPr>
              <w:t>3. Only if everyone first agrees on what "smart" means.</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requirement that cannot be tested is still useful to a builder.</w:t>
            </w:r>
          </w:p>
          <w:p>
            <w:pPr>
              <w:spacing w:before="0" w:after="20" w:line="264" w:lineRule="auto"/>
              <w:ind w:left="317" w:hanging="230"/>
            </w:pPr>
            <w:r>
              <w:rPr>
                <w:rFonts w:ascii="Lato" w:hAnsi="Lato"/>
                <w:b w:val="0"/>
                <w:i w:val="0"/>
                <w:sz w:val="19"/>
              </w:rPr>
              <w:t>2. A good test can be run again by another person.</w:t>
            </w:r>
          </w:p>
          <w:p>
            <w:pPr>
              <w:spacing w:before="0" w:after="20" w:line="264" w:lineRule="auto"/>
              <w:ind w:left="317" w:hanging="230"/>
            </w:pPr>
            <w:r>
              <w:rPr>
                <w:rFonts w:ascii="Lato" w:hAnsi="Lato"/>
                <w:b w:val="0"/>
                <w:i w:val="0"/>
                <w:sz w:val="19"/>
              </w:rPr>
              <w:t>3. A purpose sentence is enough to build a tool from.</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“Start to Stop: The Order a Program Runs”, a reading of about 390 words. Work the first part aloud, then students work it on their own.</w:t>
            </w:r>
          </w:p>
          <w:p>
            <w:pPr>
              <w:spacing w:before="0" w:after="20" w:line="264" w:lineRule="auto"/>
              <w:ind w:left="317" w:hanging="230"/>
            </w:pPr>
            <w:r>
              <w:rPr>
                <w:rFonts w:ascii="Lato" w:hAnsi="Lato"/>
                <w:b w:val="0"/>
                <w:i w:val="0"/>
                <w:sz w:val="19"/>
              </w:rPr>
              <w:t>• Where a Program Starts</w:t>
            </w:r>
          </w:p>
          <w:p>
            <w:pPr>
              <w:spacing w:before="0" w:after="20" w:line="264" w:lineRule="auto"/>
              <w:ind w:left="317" w:hanging="230"/>
            </w:pPr>
            <w:r>
              <w:rPr>
                <w:rFonts w:ascii="Lato" w:hAnsi="Lato"/>
                <w:b w:val="0"/>
                <w:i w:val="0"/>
                <w:sz w:val="19"/>
              </w:rPr>
              <w:t>• Numbering the Order</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Which statement can be tested?</w:t>
            </w:r>
          </w:p>
          <w:p>
            <w:pPr>
              <w:spacing w:before="0" w:after="20" w:line="264" w:lineRule="auto"/>
              <w:ind w:left="317" w:hanging="230"/>
            </w:pPr>
            <w:r>
              <w:rPr>
                <w:rFonts w:ascii="Lato" w:hAnsi="Lato"/>
                <w:b w:val="0"/>
                <w:i w:val="0"/>
                <w:sz w:val="19"/>
              </w:rPr>
              <w:t>• MC 2 · Which list gives the three parts of a test?</w:t>
            </w:r>
          </w:p>
          <w:p>
            <w:pPr>
              <w:spacing w:before="0" w:after="20" w:line="264" w:lineRule="auto"/>
              <w:ind w:left="317" w:hanging="230"/>
            </w:pPr>
            <w:r>
              <w:rPr>
                <w:rFonts w:ascii="Lato" w:hAnsi="Lato"/>
                <w:b w:val="0"/>
                <w:i w:val="0"/>
                <w:sz w:val="19"/>
              </w:rPr>
              <w:t>• MC 3 · Which of Code Coach's requirements does this test check?</w:t>
            </w:r>
          </w:p>
          <w:p>
            <w:pPr>
              <w:spacing w:before="0" w:after="20" w:line="264" w:lineRule="auto"/>
              <w:ind w:left="317" w:hanging="230"/>
            </w:pPr>
            <w:r>
              <w:rPr>
                <w:rFonts w:ascii="Lato" w:hAnsi="Lato"/>
                <w:b w:val="0"/>
                <w:i w:val="0"/>
                <w:sz w:val="19"/>
              </w:rPr>
              <w:t>• MC 4 · Code Coach's purpose sentence is "Code Coach helps a student understand a short piece of Java while reading it." Why is this sentence alone not a specification?</w:t>
            </w:r>
          </w:p>
          <w:p>
            <w:pPr>
              <w:spacing w:before="0" w:after="20" w:line="264" w:lineRule="auto"/>
              <w:ind w:left="317" w:hanging="230"/>
            </w:pPr>
            <w:r>
              <w:rPr>
                <w:rFonts w:ascii="Lato" w:hAnsi="Lato"/>
                <w:b w:val="0"/>
                <w:i w:val="0"/>
                <w:sz w:val="19"/>
              </w:rPr>
              <w:t>• MC 5 · Which line runs first?</w:t>
            </w:r>
          </w:p>
          <w:p>
            <w:pPr>
              <w:spacing w:before="0" w:after="20" w:line="264" w:lineRule="auto"/>
              <w:ind w:left="317" w:hanging="230"/>
            </w:pPr>
            <w:r>
              <w:rPr>
                <w:rFonts w:ascii="Lato" w:hAnsi="Lato"/>
                <w:b w:val="0"/>
                <w:i w:val="0"/>
                <w:sz w:val="19"/>
              </w:rPr>
              <w:t>• MC 6 · Which line runs last?</w:t>
            </w:r>
          </w:p>
          <w:p>
            <w:pPr>
              <w:spacing w:before="0" w:after="20" w:line="264" w:lineRule="auto"/>
              <w:ind w:left="317" w:hanging="230"/>
            </w:pPr>
            <w:r>
              <w:rPr>
                <w:rFonts w:ascii="Lato" w:hAnsi="Lato"/>
                <w:b w:val="0"/>
                <w:i w:val="0"/>
                <w:sz w:val="19"/>
              </w:rPr>
              <w:t>• MC 7 · In what order do lines 3, 4 and 5 run?</w:t>
            </w:r>
          </w:p>
          <w:p>
            <w:pPr>
              <w:spacing w:before="0" w:after="20" w:line="264" w:lineRule="auto"/>
              <w:ind w:left="317" w:hanging="230"/>
            </w:pPr>
            <w:r>
              <w:rPr>
                <w:rFonts w:ascii="Lato" w:hAnsi="Lato"/>
                <w:b w:val="0"/>
                <w:i w:val="0"/>
                <w:sz w:val="19"/>
              </w:rPr>
              <w:t>• MC 8 · What does line 3 do when the program runs?</w:t>
            </w:r>
          </w:p>
          <w:p>
            <w:pPr>
              <w:spacing w:before="0" w:after="20" w:line="264" w:lineRule="auto"/>
              <w:ind w:left="317" w:hanging="230"/>
            </w:pPr>
            <w:r>
              <w:rPr>
                <w:rFonts w:ascii="Lato" w:hAnsi="Lato"/>
                <w:b w:val="0"/>
                <w:i w:val="0"/>
                <w:sz w:val="19"/>
              </w:rPr>
              <w:t>• MC 9 · Where does this program stop?</w:t>
            </w:r>
          </w:p>
          <w:p>
            <w:pPr>
              <w:spacing w:before="0" w:after="20" w:line="264" w:lineRule="auto"/>
              <w:ind w:left="317" w:hanging="230"/>
            </w:pPr>
            <w:r>
              <w:rPr>
                <w:rFonts w:ascii="Lato" w:hAnsi="Lato"/>
                <w:b w:val="0"/>
                <w:i w:val="0"/>
                <w:sz w:val="19"/>
              </w:rPr>
              <w:t>• MC 10 · Which line runs first?</w:t>
            </w:r>
          </w:p>
          <w:p>
            <w:pPr>
              <w:spacing w:before="0" w:after="20" w:line="264" w:lineRule="auto"/>
              <w:ind w:left="317" w:hanging="230"/>
            </w:pPr>
            <w:r>
              <w:rPr>
                <w:rFonts w:ascii="Lato" w:hAnsi="Lato"/>
                <w:b w:val="0"/>
                <w:i w:val="0"/>
                <w:sz w:val="19"/>
              </w:rPr>
              <w:t>• CR 1 · Write the line numbers of the six statements in the order they run, numbered 1 to 6.</w:t>
            </w:r>
          </w:p>
          <w:p>
            <w:pPr>
              <w:spacing w:before="0" w:after="20" w:line="264" w:lineRule="auto"/>
              <w:ind w:left="317" w:hanging="230"/>
            </w:pPr>
            <w:r>
              <w:rPr>
                <w:rFonts w:ascii="Lato" w:hAnsi="Lato"/>
                <w:b w:val="0"/>
                <w:i w:val="0"/>
                <w:sz w:val="19"/>
              </w:rPr>
              <w:t>• CR 2 · A builder writes, "The page should be nice." Rewrite it as one requirement that a person could test.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List the line numbers that run, in the order they run.</w:t>
            </w:r>
          </w:p>
          <w:p>
            <w:pPr>
              <w:spacing w:before="0" w:after="20" w:line="264" w:lineRule="auto"/>
              <w:ind w:left="317" w:hanging="230"/>
            </w:pPr>
            <w:r>
              <w:rPr>
                <w:rFonts w:ascii="Lato" w:hAnsi="Lato"/>
                <w:b w:val="0"/>
                <w:i w:val="0"/>
                <w:sz w:val="19"/>
              </w:rPr>
              <w:t>• CR 4 · Pick an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B10 · Start to Stop</w:t>
            </w:r>
          </w:p>
        </w:tc>
        <w:tc>
          <w:tcPr>
            <w:tcW w:type="dxa" w:w="9000"/>
          </w:tcPr>
          <w:p>
            <w:pPr>
              <w:spacing w:before="0" w:after="40" w:line="264" w:lineRule="auto"/>
            </w:pPr>
            <w:r>
              <w:rPr>
                <w:rFonts w:ascii="Lato" w:hAnsi="Lato"/>
                <w:b w:val="0"/>
                <w:i w:val="0"/>
                <w:sz w:val="19"/>
              </w:rPr>
              <w:t>where a program starts (main, even when it is not at the top), one line at a time, where it stops; number the order.</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makes a requirement one that can be tested?</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Java program has comments on lines 2 to 4 and main on line 6. Which line runs first, and why is it not line 2?</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coach tells a team, "Warm up properly." Rewrite the rule so that someone could check it, and describe the check.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Code Coach first appears here as classroom data. Its button does not open in the bench until B17 (Nov 17), and the class meets it fully on 16.4.</w:t>
            </w:r>
          </w:p>
          <w:p>
            <w:pPr>
              <w:spacing w:before="0" w:after="20" w:line="264" w:lineRule="auto"/>
              <w:ind w:left="317" w:hanging="230"/>
            </w:pPr>
            <w:r>
              <w:rPr>
                <w:rFonts w:ascii="Lato" w:hAnsi="Lato"/>
                <w:b w:val="0"/>
                <w:i w:val="0"/>
                <w:sz w:val="19"/>
              </w:rPr>
              <w:t>• Check the date. Tue Nov 3, 2026 is the federal Election Day. shows no change to the school schedule; confirm the school is in session.</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4 · Conditions</w:t>
      </w:r>
    </w:p>
    <w:p>
      <w:pPr>
        <w:spacing w:before="0" w:after="80" w:line="264" w:lineRule="auto"/>
      </w:pPr>
      <w:r>
        <w:rPr>
          <w:rFonts w:ascii="Lato" w:hAnsi="Lato"/>
          <w:b w:val="0"/>
          <w:i/>
          <w:color w:val="404040"/>
          <w:sz w:val="19"/>
        </w:rPr>
        <w:t>A program's behavior is written as what happens, in which case, and what the program does next.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write a program's behavior as sentences with an event, a condition and an action, and explain that a condition is a check that is true or false.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16. The passage uses the words "event," "condition" and "action," and states that a condition is a check that is true or false.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what a program prints.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B11 Print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“Events, Conditions and Actions” with class questions, Figure 1, and the discussion form in the right panel.</w:t>
            </w:r>
          </w:p>
          <w:p>
            <w:pPr>
              <w:spacing w:before="0" w:after="20" w:line="264" w:lineRule="auto"/>
              <w:ind w:left="317" w:hanging="230"/>
            </w:pPr>
            <w:r>
              <w:rPr>
                <w:rFonts w:ascii="Lato" w:hAnsi="Lato"/>
                <w:b w:val="0"/>
                <w:i w:val="0"/>
                <w:sz w:val="19"/>
              </w:rPr>
              <w:t>• We Do deck: Reading 2 “Print It: What Shows Up, and Where the Lines Break” with the classwork form, then the bench slide.</w:t>
            </w:r>
          </w:p>
          <w:p>
            <w:pPr>
              <w:spacing w:before="0" w:after="20" w:line="264" w:lineRule="auto"/>
              <w:ind w:left="317" w:hanging="230"/>
            </w:pPr>
            <w:r>
              <w:rPr>
                <w:rFonts w:ascii="Lato" w:hAnsi="Lato"/>
                <w:b w:val="0"/>
                <w:i w:val="0"/>
                <w:sz w:val="19"/>
              </w:rPr>
              <w:t>• Bench Basics B11 “Print It” at muggsofcompsci.net/cs1/bench/b11.</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event · condition · action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tested Code Coach's rules. Today you look at how a rule says what a program does in one particular case, which is also the way Java's if statements work.</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press Ask in the Code Coach panel without picking a line. What should the bench do, and what should it not do? Write each as one sentence.</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“Events, Conditions and Actions”,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Events and Conditions</w:t>
            </w:r>
          </w:p>
          <w:p>
            <w:pPr>
              <w:spacing w:before="0" w:after="20" w:line="264" w:lineRule="auto"/>
              <w:ind w:left="317" w:hanging="230"/>
            </w:pPr>
            <w:r>
              <w:rPr>
                <w:rFonts w:ascii="Lato" w:hAnsi="Lato"/>
                <w:b w:val="0"/>
                <w:i w:val="0"/>
                <w:sz w:val="19"/>
              </w:rPr>
              <w:t>• Actions and the Behavior Sentence</w:t>
            </w:r>
          </w:p>
          <w:p>
            <w:pPr>
              <w:spacing w:before="0" w:after="20" w:line="264" w:lineRule="auto"/>
              <w:ind w:left="317" w:hanging="230"/>
            </w:pPr>
            <w:r>
              <w:rPr>
                <w:rFonts w:ascii="Lato" w:hAnsi="Lato"/>
                <w:b w:val="0"/>
                <w:i w:val="0"/>
                <w:sz w:val="19"/>
              </w:rPr>
              <w:t>• One Event, Different Actions</w:t>
            </w:r>
          </w:p>
          <w:p>
            <w:pPr>
              <w:spacing w:before="0" w:after="20" w:line="264" w:lineRule="auto"/>
              <w:ind w:left="317" w:hanging="230"/>
            </w:pPr>
            <w:r>
              <w:rPr>
                <w:rFonts w:ascii="Lato" w:hAnsi="Lato"/>
                <w:b w:val="0"/>
                <w:i w:val="0"/>
                <w:sz w:val="19"/>
              </w:rPr>
              <w:t>• Conditions in Java</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event</w:t>
            </w:r>
            <w:r>
              <w:rPr>
                <w:rFonts w:ascii="Lato" w:hAnsi="Lato"/>
                <w:b w:val="0"/>
                <w:i w:val="0"/>
                <w:sz w:val="19"/>
              </w:rPr>
              <w:t xml:space="preserve"> · Name two events that can happen on the Bench Basics page.</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condition</w:t>
            </w:r>
            <w:r>
              <w:rPr>
                <w:rFonts w:ascii="Lato" w:hAnsi="Lato"/>
                <w:b w:val="0"/>
                <w:i w:val="0"/>
                <w:sz w:val="19"/>
              </w:rPr>
              <w:t xml:space="preserve"> · "If the row you filled in is right." Is that an event, a condition or an action, and how can you tell?</w:t>
            </w:r>
          </w:p>
          <w:p>
            <w:pPr>
              <w:spacing w:before="0" w:after="20" w:line="264" w:lineRule="auto"/>
              <w:ind w:left="317" w:hanging="230"/>
            </w:pPr>
            <w:r>
              <w:rPr>
                <w:rFonts w:ascii="Lato" w:hAnsi="Lato"/>
                <w:b w:val="0"/>
                <w:i w:val="0"/>
                <w:sz w:val="19"/>
              </w:rPr>
              <w:t xml:space="preserve">3. </w:t>
            </w:r>
            <w:r>
              <w:rPr>
                <w:rFonts w:ascii="Lato" w:hAnsi="Lato"/>
                <w:b w:val="0"/>
                <w:i/>
                <w:sz w:val="19"/>
              </w:rPr>
              <w:t>notebook cue: action</w:t>
            </w:r>
            <w:r>
              <w:rPr>
                <w:rFonts w:ascii="Lato" w:hAnsi="Lato"/>
                <w:b w:val="0"/>
                <w:i w:val="0"/>
                <w:sz w:val="19"/>
              </w:rPr>
              <w:t xml:space="preserve"> · You press Check row and the row is wrong. What two actions does the bench take?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One press of Check row is the event, the bench checks one condition, and the true branch and the false branch each lead to a different action.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writes one sentence for the empty box that says when it happens, in which case, and what the bench does, then checks the sentence against R5.</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It should send the empty box to Code Coach and show whatever comes back.</w:t>
            </w:r>
          </w:p>
          <w:p>
            <w:pPr>
              <w:spacing w:before="0" w:after="20" w:line="264" w:lineRule="auto"/>
              <w:ind w:left="317" w:hanging="230"/>
            </w:pPr>
            <w:r>
              <w:rPr>
                <w:rFonts w:ascii="Lato" w:hAnsi="Lato"/>
                <w:b w:val="0"/>
                <w:i w:val="0"/>
                <w:sz w:val="19"/>
              </w:rPr>
              <w:t>2. It should show a short message that says what to do, and send nothing.</w:t>
            </w:r>
          </w:p>
          <w:p>
            <w:pPr>
              <w:spacing w:before="0" w:after="20" w:line="264" w:lineRule="auto"/>
              <w:ind w:left="317" w:hanging="230"/>
            </w:pPr>
            <w:r>
              <w:rPr>
                <w:rFonts w:ascii="Lato" w:hAnsi="Lato"/>
                <w:b w:val="0"/>
                <w:i w:val="0"/>
                <w:sz w:val="19"/>
              </w:rPr>
              <w:t>3. It should do nothing, because the student will notice and paste something.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"The student presses Check row" is a condition.</w:t>
            </w:r>
          </w:p>
          <w:p>
            <w:pPr>
              <w:spacing w:before="0" w:after="20" w:line="264" w:lineRule="auto"/>
              <w:ind w:left="317" w:hanging="230"/>
            </w:pPr>
            <w:r>
              <w:rPr>
                <w:rFonts w:ascii="Lato" w:hAnsi="Lato"/>
                <w:b w:val="0"/>
                <w:i w:val="0"/>
                <w:sz w:val="19"/>
              </w:rPr>
              <w:t>2. A condition is a check that is either true or false at that moment.</w:t>
            </w:r>
          </w:p>
          <w:p>
            <w:pPr>
              <w:spacing w:before="0" w:after="20" w:line="264" w:lineRule="auto"/>
              <w:ind w:left="317" w:hanging="230"/>
            </w:pPr>
            <w:r>
              <w:rPr>
                <w:rFonts w:ascii="Lato" w:hAnsi="Lato"/>
                <w:b w:val="0"/>
                <w:i w:val="0"/>
                <w:sz w:val="19"/>
              </w:rPr>
              <w:t>3. If a rule says nothing about a case, the program will do nothing in that case.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“Print It: What Shows Up, and Where the Lines Break”, a reading of about 410 words. Work the first part aloud, then students work it on their own.</w:t>
            </w:r>
          </w:p>
          <w:p>
            <w:pPr>
              <w:spacing w:before="0" w:after="20" w:line="264" w:lineRule="auto"/>
              <w:ind w:left="317" w:hanging="230"/>
            </w:pPr>
            <w:r>
              <w:rPr>
                <w:rFonts w:ascii="Lato" w:hAnsi="Lato"/>
                <w:b w:val="0"/>
                <w:i w:val="0"/>
                <w:sz w:val="19"/>
              </w:rPr>
              <w:t>• Two Ways to Print</w:t>
            </w:r>
          </w:p>
          <w:p>
            <w:pPr>
              <w:spacing w:before="0" w:after="20" w:line="264" w:lineRule="auto"/>
              <w:ind w:left="317" w:hanging="230"/>
            </w:pPr>
            <w:r>
              <w:rPr>
                <w:rFonts w:ascii="Lato" w:hAnsi="Lato"/>
                <w:b w:val="0"/>
                <w:i w:val="0"/>
                <w:sz w:val="19"/>
              </w:rPr>
              <w:t>• One Program, Traced</w:t>
            </w:r>
          </w:p>
          <w:p>
            <w:pPr>
              <w:spacing w:before="0" w:after="20" w:line="264" w:lineRule="auto"/>
              <w:ind w:left="317" w:hanging="230"/>
            </w:pPr>
            <w:r>
              <w:rPr>
                <w:rFonts w:ascii="Lato" w:hAnsi="Lato"/>
                <w:b w:val="0"/>
                <w:i w:val="0"/>
                <w:sz w:val="19"/>
              </w:rPr>
              <w:t>• Two Mistakes Bench Basics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 city bus follows this rule: "When a rider taps a bus pass on the reader, if the pass has rides left, the reader beeps once and shows a green light." In this rule, which words are the event?</w:t>
            </w:r>
          </w:p>
          <w:p>
            <w:pPr>
              <w:spacing w:before="0" w:after="20" w:line="264" w:lineRule="auto"/>
              <w:ind w:left="317" w:hanging="230"/>
            </w:pPr>
            <w:r>
              <w:rPr>
                <w:rFonts w:ascii="Lato" w:hAnsi="Lato"/>
                <w:b w:val="0"/>
                <w:i w:val="0"/>
                <w:sz w:val="19"/>
              </w:rPr>
              <w:t>• MC 2 · A video app follows this rule: "When a video ends, if another video is in the list, the app starts the next video." In this rule, which words are the condition?</w:t>
            </w:r>
          </w:p>
          <w:p>
            <w:pPr>
              <w:spacing w:before="0" w:after="20" w:line="264" w:lineRule="auto"/>
              <w:ind w:left="317" w:hanging="230"/>
            </w:pPr>
            <w:r>
              <w:rPr>
                <w:rFonts w:ascii="Lato" w:hAnsi="Lato"/>
                <w:b w:val="0"/>
                <w:i w:val="0"/>
                <w:sz w:val="19"/>
              </w:rPr>
              <w:t>• MC 3 · A game follows this rule: "When a player presses the jump key, if the player is standing on the ground, the character jumps." In this rule, which words are the action?</w:t>
            </w:r>
          </w:p>
          <w:p>
            <w:pPr>
              <w:spacing w:before="0" w:after="20" w:line="264" w:lineRule="auto"/>
              <w:ind w:left="317" w:hanging="230"/>
            </w:pPr>
            <w:r>
              <w:rPr>
                <w:rFonts w:ascii="Lato" w:hAnsi="Lato"/>
                <w:b w:val="0"/>
                <w:i w:val="0"/>
                <w:sz w:val="19"/>
              </w:rPr>
              <w:t>• MC 4 · According to the passage, why does a set of rules need sentences for cases that are not the ordinary one?</w:t>
            </w:r>
          </w:p>
          <w:p>
            <w:pPr>
              <w:spacing w:before="0" w:after="20" w:line="264" w:lineRule="auto"/>
              <w:ind w:left="317" w:hanging="230"/>
            </w:pPr>
            <w:r>
              <w:rPr>
                <w:rFonts w:ascii="Lato" w:hAnsi="Lato"/>
                <w:b w:val="0"/>
                <w:i w:val="0"/>
                <w:sz w:val="19"/>
              </w:rPr>
              <w:t>• MC 5 · What does this code segment print?</w:t>
            </w:r>
          </w:p>
          <w:p>
            <w:pPr>
              <w:spacing w:before="0" w:after="20" w:line="264" w:lineRule="auto"/>
              <w:ind w:left="317" w:hanging="230"/>
            </w:pPr>
            <w:r>
              <w:rPr>
                <w:rFonts w:ascii="Lato" w:hAnsi="Lato"/>
                <w:b w:val="0"/>
                <w:i w:val="0"/>
                <w:sz w:val="19"/>
              </w:rPr>
              <w:t>• MC 6 · How many lines of output does this code segment print?</w:t>
            </w:r>
          </w:p>
          <w:p>
            <w:pPr>
              <w:spacing w:before="0" w:after="20" w:line="264" w:lineRule="auto"/>
              <w:ind w:left="317" w:hanging="230"/>
            </w:pPr>
            <w:r>
              <w:rPr>
                <w:rFonts w:ascii="Lato" w:hAnsi="Lato"/>
                <w:b w:val="0"/>
                <w:i w:val="0"/>
                <w:sz w:val="19"/>
              </w:rPr>
              <w:t>• MC 7 · In this code segment, what does line 2 print?</w:t>
            </w:r>
          </w:p>
          <w:p>
            <w:pPr>
              <w:spacing w:before="0" w:after="20" w:line="264" w:lineRule="auto"/>
              <w:ind w:left="317" w:hanging="230"/>
            </w:pPr>
            <w:r>
              <w:rPr>
                <w:rFonts w:ascii="Lato" w:hAnsi="Lato"/>
                <w:b w:val="0"/>
                <w:i w:val="0"/>
                <w:sz w:val="19"/>
              </w:rPr>
              <w:t>• MC 8 · What does this statement print?</w:t>
            </w:r>
          </w:p>
          <w:p>
            <w:pPr>
              <w:spacing w:before="0" w:after="20" w:line="264" w:lineRule="auto"/>
              <w:ind w:left="317" w:hanging="230"/>
            </w:pPr>
            <w:r>
              <w:rPr>
                <w:rFonts w:ascii="Lato" w:hAnsi="Lato"/>
                <w:b w:val="0"/>
                <w:i w:val="0"/>
                <w:sz w:val="19"/>
              </w:rPr>
              <w:t>• MC 9 · Which segment prints Jazz Fest, with both words on one line?</w:t>
            </w:r>
          </w:p>
          <w:p>
            <w:pPr>
              <w:spacing w:before="0" w:after="20" w:line="264" w:lineRule="auto"/>
              <w:ind w:left="317" w:hanging="230"/>
            </w:pPr>
            <w:r>
              <w:rPr>
                <w:rFonts w:ascii="Lato" w:hAnsi="Lato"/>
                <w:b w:val="0"/>
                <w:i w:val="0"/>
                <w:sz w:val="19"/>
              </w:rPr>
              <w:t>• MC 10 · What does this code segment print?</w:t>
            </w:r>
          </w:p>
          <w:p>
            <w:pPr>
              <w:spacing w:before="0" w:after="20" w:line="264" w:lineRule="auto"/>
              <w:ind w:left="317" w:hanging="230"/>
            </w:pPr>
            <w:r>
              <w:rPr>
                <w:rFonts w:ascii="Lato" w:hAnsi="Lato"/>
                <w:b w:val="0"/>
                <w:i w:val="0"/>
                <w:sz w:val="19"/>
              </w:rPr>
              <w:t>• CR 1 · Write the exact output of this code segment, line by line.</w:t>
            </w:r>
          </w:p>
          <w:p>
            <w:pPr>
              <w:spacing w:before="0" w:after="20" w:line="264" w:lineRule="auto"/>
              <w:ind w:left="317" w:hanging="230"/>
            </w:pPr>
            <w:r>
              <w:rPr>
                <w:rFonts w:ascii="Lato" w:hAnsi="Lato"/>
                <w:b w:val="0"/>
                <w:i w:val="0"/>
                <w:sz w:val="19"/>
              </w:rPr>
              <w:t>• CR 2 · Write one behavior sentence, with all three parts, for what the machine does when a book's barcode will not scan.</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Name the one statement you would change so that two of the lines print as one line, write the changed statement, and give the new output.</w:t>
            </w:r>
          </w:p>
          <w:p>
            <w:pPr>
              <w:spacing w:before="0" w:after="20" w:line="264" w:lineRule="auto"/>
              <w:ind w:left="317" w:hanging="230"/>
            </w:pPr>
            <w:r>
              <w:rPr>
                <w:rFonts w:ascii="Lato" w:hAnsi="Lato"/>
                <w:b w:val="0"/>
                <w:i w:val="0"/>
                <w:sz w:val="19"/>
              </w:rPr>
              <w:t>• CR 4 · Choose a device or app you use.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B11 · Print It</w:t>
            </w:r>
          </w:p>
        </w:tc>
        <w:tc>
          <w:tcPr>
            <w:tcW w:type="dxa" w:w="9000"/>
          </w:tcPr>
          <w:p>
            <w:pPr>
              <w:spacing w:before="0" w:after="40" w:line="264" w:lineRule="auto"/>
            </w:pPr>
            <w:r>
              <w:rPr>
                <w:rFonts w:ascii="Lato" w:hAnsi="Lato"/>
                <w:b w:val="0"/>
                <w:i w:val="0"/>
                <w:sz w:val="19"/>
              </w:rPr>
              <w:t>System.out.println and print, text in quotes, predict the output and its line breaks.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are the three parts of a behavior sentence, and which part is always true or false?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System.out.print("A");, then System.out.println("B");, then System.out.println("C");. What is printed, line by line?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car follows this rule: "When the driver's door opens, if the headlights are still on, the car beeps." Name the event, the condition and the action.</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B11 is the first bench where students type a prediction checked exactly. Remind the class that spaces and line breaks count.</w:t>
            </w:r>
          </w:p>
          <w:p>
            <w:pPr>
              <w:spacing w:before="0" w:after="20" w:line="264" w:lineRule="auto"/>
              <w:ind w:left="317" w:hanging="230"/>
            </w:pPr>
            <w:r>
              <w:rPr>
                <w:rFonts w:ascii="Lato" w:hAnsi="Lato"/>
                <w:b w:val="0"/>
                <w:i w:val="0"/>
                <w:sz w:val="19"/>
              </w:rPr>
              <w:t>• The board question's answer is R5. Tables that finish early check their sentence against R5 word for word.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5 · Code a Model Wrote</w:t>
      </w:r>
    </w:p>
    <w:p>
      <w:pPr>
        <w:spacing w:before="0" w:after="80" w:line="264" w:lineRule="auto"/>
      </w:pPr>
      <w:r>
        <w:rPr>
          <w:rFonts w:ascii="Lato" w:hAnsi="Lato"/>
          <w:b w:val="0"/>
          <w:i/>
          <w:color w:val="404040"/>
          <w:sz w:val="19"/>
        </w:rPr>
        <w:t>A model writes what the description says and guesses at what it leaves out.</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read a short Java program a model generated from a description, find the gaps in the description, and explain that a model fills a gap with its own guess.</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17. The passage uses the words "generated code," "gap" and "guess," and states that when a description says nothing about part of a program, the model fills the gap with its own guess.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jobs of Java's symbols.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B12 Java Symbols,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“Generated Code, Gaps and Assumptions” with class questions, Figure 1, and the discussion form in the right panel.</w:t>
            </w:r>
          </w:p>
          <w:p>
            <w:pPr>
              <w:spacing w:before="0" w:after="20" w:line="264" w:lineRule="auto"/>
              <w:ind w:left="317" w:hanging="230"/>
            </w:pPr>
            <w:r>
              <w:rPr>
                <w:rFonts w:ascii="Lato" w:hAnsi="Lato"/>
                <w:b w:val="0"/>
                <w:i w:val="0"/>
                <w:sz w:val="19"/>
              </w:rPr>
              <w:t>• We Do deck: Reading 2 “Java Symbols and Their Jobs” with the classwork form, then the bench slide.</w:t>
            </w:r>
          </w:p>
          <w:p>
            <w:pPr>
              <w:spacing w:before="0" w:after="20" w:line="264" w:lineRule="auto"/>
              <w:ind w:left="317" w:hanging="230"/>
            </w:pPr>
            <w:r>
              <w:rPr>
                <w:rFonts w:ascii="Lato" w:hAnsi="Lato"/>
                <w:b w:val="0"/>
                <w:i w:val="0"/>
                <w:sz w:val="19"/>
              </w:rPr>
              <w:t>• Bench Basics B12 “Java Symbols” at muggsofcompsci.net/cs1/bench/b12.</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generated code · gap · assumption</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This week you have read Java one line at a time. Today you read Java that a model wrote from a short description, and you look for the places where the model had to guess.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You ask a model, "Write a Java program that prints a birthday message for my friend." What will the model have to guess? Name two things, and say which guess you would most want to fix.</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“Generated Code, Gaps and Assumptions”, about 800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How a Model Writes Code</w:t>
            </w:r>
          </w:p>
          <w:p>
            <w:pPr>
              <w:spacing w:before="0" w:after="20" w:line="264" w:lineRule="auto"/>
              <w:ind w:left="317" w:hanging="230"/>
            </w:pPr>
            <w:r>
              <w:rPr>
                <w:rFonts w:ascii="Lato" w:hAnsi="Lato"/>
                <w:b w:val="0"/>
                <w:i w:val="0"/>
                <w:sz w:val="19"/>
              </w:rPr>
              <w:t>• A Request With Gaps</w:t>
            </w:r>
          </w:p>
          <w:p>
            <w:pPr>
              <w:spacing w:before="0" w:after="20" w:line="264" w:lineRule="auto"/>
              <w:ind w:left="317" w:hanging="230"/>
            </w:pPr>
            <w:r>
              <w:rPr>
                <w:rFonts w:ascii="Lato" w:hAnsi="Lato"/>
                <w:b w:val="0"/>
                <w:i w:val="0"/>
                <w:sz w:val="19"/>
              </w:rPr>
              <w:t>• How a Model Fills a Gap</w:t>
            </w:r>
          </w:p>
          <w:p>
            <w:pPr>
              <w:spacing w:before="0" w:after="20" w:line="264" w:lineRule="auto"/>
              <w:ind w:left="317" w:hanging="230"/>
            </w:pPr>
            <w:r>
              <w:rPr>
                <w:rFonts w:ascii="Lato" w:hAnsi="Lato"/>
                <w:b w:val="0"/>
                <w:i w:val="0"/>
                <w:sz w:val="19"/>
              </w:rPr>
              <w:t>• Closing the Gaps</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generated code</w:t>
            </w:r>
            <w:r>
              <w:rPr>
                <w:rFonts w:ascii="Lato" w:hAnsi="Lato"/>
                <w:b w:val="0"/>
                <w:i w:val="0"/>
                <w:sz w:val="19"/>
              </w:rPr>
              <w:t xml:space="preserve"> · The program in Figure 1 compiles and runs. Does that mean it is the program the person wanted? Why or why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gap</w:t>
            </w:r>
            <w:r>
              <w:rPr>
                <w:rFonts w:ascii="Lato" w:hAnsi="Lato"/>
                <w:b w:val="0"/>
                <w:i w:val="0"/>
                <w:sz w:val="19"/>
              </w:rPr>
              <w:t xml:space="preserve"> · Request 1 never said the friend's name. Find what the model put there instead.</w:t>
            </w:r>
          </w:p>
          <w:p>
            <w:pPr>
              <w:spacing w:before="0" w:after="20" w:line="264" w:lineRule="auto"/>
              <w:ind w:left="317" w:hanging="230"/>
            </w:pPr>
            <w:r>
              <w:rPr>
                <w:rFonts w:ascii="Lato" w:hAnsi="Lato"/>
                <w:b w:val="0"/>
                <w:i w:val="0"/>
                <w:sz w:val="19"/>
              </w:rPr>
              <w:t xml:space="preserve">3. </w:t>
            </w:r>
            <w:r>
              <w:rPr>
                <w:rFonts w:ascii="Lato" w:hAnsi="Lato"/>
                <w:b w:val="0"/>
                <w:i/>
                <w:sz w:val="19"/>
              </w:rPr>
              <w:t>notebook cue: assumption</w:t>
            </w:r>
            <w:r>
              <w:rPr>
                <w:rFonts w:ascii="Lato" w:hAnsi="Lato"/>
                <w:b w:val="0"/>
                <w:i w:val="0"/>
                <w:sz w:val="19"/>
              </w:rPr>
              <w:t xml:space="preserve"> · Name one assumption the model made that the request did not ask for, and write the sentence you would add to the request so that the model does not have to assume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Request 1 set against the code the model wrote for it, with one row that matches the request and three gaps the model filled with its own assumptions.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lists everything the model will have to guess, then agrees on one sentence to add to the request so that the biggest guess is no longer needed.</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Nothing. The model will ask for the name before it writes any code.</w:t>
            </w:r>
          </w:p>
          <w:p>
            <w:pPr>
              <w:spacing w:before="0" w:after="20" w:line="264" w:lineRule="auto"/>
              <w:ind w:left="317" w:hanging="230"/>
            </w:pPr>
            <w:r>
              <w:rPr>
                <w:rFonts w:ascii="Lato" w:hAnsi="Lato"/>
                <w:b w:val="0"/>
                <w:i w:val="0"/>
                <w:sz w:val="19"/>
              </w:rPr>
              <w:t>2. The friend's name and the words of the message, because the request does not say them.</w:t>
            </w:r>
          </w:p>
          <w:p>
            <w:pPr>
              <w:spacing w:before="0" w:after="20" w:line="264" w:lineRule="auto"/>
              <w:ind w:left="317" w:hanging="230"/>
            </w:pPr>
            <w:r>
              <w:rPr>
                <w:rFonts w:ascii="Lato" w:hAnsi="Lato"/>
                <w:b w:val="0"/>
                <w:i w:val="0"/>
                <w:sz w:val="19"/>
              </w:rPr>
              <w:t>3. Nothing important, because every birthday message says about the same 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When a description leaves something out, the model leaves that part out of the code.</w:t>
            </w:r>
          </w:p>
          <w:p>
            <w:pPr>
              <w:spacing w:before="0" w:after="20" w:line="264" w:lineRule="auto"/>
              <w:ind w:left="317" w:hanging="230"/>
            </w:pPr>
            <w:r>
              <w:rPr>
                <w:rFonts w:ascii="Lato" w:hAnsi="Lato"/>
                <w:b w:val="0"/>
                <w:i w:val="0"/>
                <w:sz w:val="19"/>
              </w:rPr>
              <w:t>2. Code that compiles and runs can still be different from what the person wanted.</w:t>
            </w:r>
          </w:p>
          <w:p>
            <w:pPr>
              <w:spacing w:before="0" w:after="20" w:line="264" w:lineRule="auto"/>
              <w:ind w:left="317" w:hanging="230"/>
            </w:pPr>
            <w:r>
              <w:rPr>
                <w:rFonts w:ascii="Lato" w:hAnsi="Lato"/>
                <w:b w:val="0"/>
                <w:i w:val="0"/>
                <w:sz w:val="19"/>
              </w:rPr>
              <w:t>3. The best way to fix a gap is to add the missing detail to the description.</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“Java Symbols and Their Jobs”, a reading of about 400 words. Work the first part aloud, then students work it on their own.</w:t>
            </w:r>
          </w:p>
          <w:p>
            <w:pPr>
              <w:spacing w:before="0" w:after="20" w:line="264" w:lineRule="auto"/>
              <w:ind w:left="317" w:hanging="230"/>
            </w:pPr>
            <w:r>
              <w:rPr>
                <w:rFonts w:ascii="Lato" w:hAnsi="Lato"/>
                <w:b w:val="0"/>
                <w:i w:val="0"/>
                <w:sz w:val="19"/>
              </w:rPr>
              <w:t>• The Symbols</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Typing the Symbols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today's passage, what is a gap?</w:t>
            </w:r>
          </w:p>
          <w:p>
            <w:pPr>
              <w:spacing w:before="0" w:after="20" w:line="264" w:lineRule="auto"/>
              <w:ind w:left="317" w:hanging="230"/>
            </w:pPr>
            <w:r>
              <w:rPr>
                <w:rFonts w:ascii="Lato" w:hAnsi="Lato"/>
                <w:b w:val="0"/>
                <w:i w:val="0"/>
                <w:sz w:val="19"/>
              </w:rPr>
              <w:t>• MC 2 · According to the passage, what did the class's model do where request 1 said nothing about the friend's name?</w:t>
            </w:r>
          </w:p>
          <w:p>
            <w:pPr>
              <w:spacing w:before="0" w:after="20" w:line="264" w:lineRule="auto"/>
              <w:ind w:left="317" w:hanging="230"/>
            </w:pPr>
            <w:r>
              <w:rPr>
                <w:rFonts w:ascii="Lato" w:hAnsi="Lato"/>
                <w:b w:val="0"/>
                <w:i w:val="0"/>
                <w:sz w:val="19"/>
              </w:rPr>
              <w:t>• MC 3 · Which line shows an assumption?</w:t>
            </w:r>
          </w:p>
          <w:p>
            <w:pPr>
              <w:spacing w:before="0" w:after="20" w:line="264" w:lineRule="auto"/>
              <w:ind w:left="317" w:hanging="230"/>
            </w:pPr>
            <w:r>
              <w:rPr>
                <w:rFonts w:ascii="Lato" w:hAnsi="Lato"/>
                <w:b w:val="0"/>
                <w:i w:val="0"/>
                <w:sz w:val="19"/>
              </w:rPr>
              <w:t>• MC 4 · Why can it still miss what the person wanted?</w:t>
            </w:r>
          </w:p>
          <w:p>
            <w:pPr>
              <w:spacing w:before="0" w:after="20" w:line="264" w:lineRule="auto"/>
              <w:ind w:left="317" w:hanging="230"/>
            </w:pPr>
            <w:r>
              <w:rPr>
                <w:rFonts w:ascii="Lato" w:hAnsi="Lato"/>
                <w:b w:val="0"/>
                <w:i w:val="0"/>
                <w:sz w:val="19"/>
              </w:rPr>
              <w:t>• MC 5 · In the program below, which symbol ends each statement?</w:t>
            </w:r>
          </w:p>
          <w:p>
            <w:pPr>
              <w:spacing w:before="0" w:after="20" w:line="264" w:lineRule="auto"/>
              <w:ind w:left="317" w:hanging="230"/>
            </w:pPr>
            <w:r>
              <w:rPr>
                <w:rFonts w:ascii="Lato" w:hAnsi="Lato"/>
                <w:b w:val="0"/>
                <w:i w:val="0"/>
                <w:sz w:val="19"/>
              </w:rPr>
              <w:t>• MC 6 · In the program below, which pair of symbols holds the block of lines that belongs to main?</w:t>
            </w:r>
          </w:p>
          <w:p>
            <w:pPr>
              <w:spacing w:before="0" w:after="20" w:line="264" w:lineRule="auto"/>
              <w:ind w:left="317" w:hanging="230"/>
            </w:pPr>
            <w:r>
              <w:rPr>
                <w:rFonts w:ascii="Lato" w:hAnsi="Lato"/>
                <w:b w:val="0"/>
                <w:i w:val="0"/>
                <w:sz w:val="19"/>
              </w:rPr>
              <w:t>• MC 7 · In the program below, which pair of symbols marks text that prints exactly as written?</w:t>
            </w:r>
          </w:p>
          <w:p>
            <w:pPr>
              <w:spacing w:before="0" w:after="20" w:line="264" w:lineRule="auto"/>
              <w:ind w:left="317" w:hanging="230"/>
            </w:pPr>
            <w:r>
              <w:rPr>
                <w:rFonts w:ascii="Lato" w:hAnsi="Lato"/>
                <w:b w:val="0"/>
                <w:i w:val="0"/>
                <w:sz w:val="19"/>
              </w:rPr>
              <w:t>• MC 8 · In the line public static void main(String[] args) from the program below, what do the square brackets [ ] mark?</w:t>
            </w:r>
          </w:p>
          <w:p>
            <w:pPr>
              <w:spacing w:before="0" w:after="20" w:line="264" w:lineRule="auto"/>
              <w:ind w:left="317" w:hanging="230"/>
            </w:pPr>
            <w:r>
              <w:rPr>
                <w:rFonts w:ascii="Lato" w:hAnsi="Lato"/>
                <w:b w:val="0"/>
                <w:i w:val="0"/>
                <w:sz w:val="19"/>
              </w:rPr>
              <w:t>• MC 9 · What does &amp;&amp; mean in it, and why is the result false?</w:t>
            </w:r>
          </w:p>
          <w:p>
            <w:pPr>
              <w:spacing w:before="0" w:after="20" w:line="264" w:lineRule="auto"/>
              <w:ind w:left="317" w:hanging="230"/>
            </w:pPr>
            <w:r>
              <w:rPr>
                <w:rFonts w:ascii="Lato" w:hAnsi="Lato"/>
                <w:b w:val="0"/>
                <w:i w:val="0"/>
                <w:sz w:val="19"/>
              </w:rPr>
              <w:t>• MC 10 · What does the second one, the line with the exclamation mark, print?</w:t>
            </w:r>
          </w:p>
          <w:p>
            <w:pPr>
              <w:spacing w:before="0" w:after="20" w:line="264" w:lineRule="auto"/>
              <w:ind w:left="317" w:hanging="230"/>
            </w:pPr>
            <w:r>
              <w:rPr>
                <w:rFonts w:ascii="Lato" w:hAnsi="Lato"/>
                <w:b w:val="0"/>
                <w:i w:val="0"/>
                <w:sz w:val="19"/>
              </w:rPr>
              <w:t>• CR 1 · Write each symbol's number with the letter of its job, for example 1-C.</w:t>
            </w:r>
          </w:p>
          <w:p>
            <w:pPr>
              <w:spacing w:before="0" w:after="20" w:line="264" w:lineRule="auto"/>
              <w:ind w:left="317" w:hanging="230"/>
            </w:pPr>
            <w:r>
              <w:rPr>
                <w:rFonts w:ascii="Lato" w:hAnsi="Lato"/>
                <w:b w:val="0"/>
                <w:i w:val="0"/>
                <w:sz w:val="19"/>
              </w:rPr>
              <w:t>• CR 2 · A request reads, "Write a Java program that prints a packing list for a field trip." Name two gaps in it.</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Read the five-line program below.</w:t>
            </w:r>
          </w:p>
          <w:p>
            <w:pPr>
              <w:spacing w:before="0" w:after="20" w:line="264" w:lineRule="auto"/>
              <w:ind w:left="317" w:hanging="230"/>
            </w:pPr>
            <w:r>
              <w:rPr>
                <w:rFonts w:ascii="Lato" w:hAnsi="Lato"/>
                <w:b w:val="0"/>
                <w:i w:val="0"/>
                <w:sz w:val="19"/>
              </w:rPr>
              <w:t>• CR 4 · Rewrite the field-trip request from CR 2 so that it has no gap in the two places you named.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B12 · Java Symbols</w:t>
            </w:r>
          </w:p>
        </w:tc>
        <w:tc>
          <w:tcPr>
            <w:tcW w:type="dxa" w:w="9000"/>
          </w:tcPr>
          <w:p>
            <w:pPr>
              <w:spacing w:before="0" w:after="40" w:line="264" w:lineRule="auto"/>
            </w:pPr>
            <w:r>
              <w:rPr>
                <w:rFonts w:ascii="Lato" w:hAnsi="Lato"/>
                <w:b w:val="0"/>
                <w:i w:val="0"/>
                <w:sz w:val="19"/>
              </w:rPr>
              <w:t>type { } ( ) [ ] ; " &lt; &gt; = ! &amp; | quickly and correctly; match each symbol to its job.</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When a description says nothing about part of a program, what does a model do?</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In System.out.println("Ready");, what is the job of the parentheses, the quotation marks and the semicolon?</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person asks a friend to "grab lunch for me" and says nothing else. The friend comes back with a turkey sandwich. Use today's terms to explain what happened, and say what the person should ask next time.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Real data before the day. Both requests are run through the class endpoint and saved in tool-project/data/code-coach/ before the passage is generated.</w:t>
            </w:r>
          </w:p>
          <w:p>
            <w:pPr>
              <w:spacing w:before="0" w:after="20" w:line="264" w:lineRule="auto"/>
              <w:ind w:left="317" w:hanging="230"/>
            </w:pPr>
            <w:r>
              <w:rPr>
                <w:rFonts w:ascii="Lato" w:hAnsi="Lato"/>
                <w:b w:val="0"/>
                <w:i w:val="0"/>
                <w:sz w:val="19"/>
              </w:rPr>
              <w:t>• B12 is a typing bench. Students who finish quickly retake it for speed; the score is unchanged by speed.</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6 · Testing a Change</w:t>
      </w:r>
    </w:p>
    <w:p>
      <w:pPr>
        <w:spacing w:before="0" w:after="80" w:line="264" w:lineRule="auto"/>
      </w:pPr>
      <w:r>
        <w:rPr>
          <w:rFonts w:ascii="Lato" w:hAnsi="Lato"/>
          <w:b w:val="0"/>
          <w:i/>
          <w:color w:val="404040"/>
          <w:sz w:val="19"/>
        </w:rPr>
        <w:t>One good answer is not evidence. The same test inputs, run before and after a change, are.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compare two versions of Code Coach's system prompt on the same test inputs, and audit a tool by testing each requirement and recording whether it is met.</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14 and MC 18. The passage uses the words "test inputs," "compare the outputs" and "requirement," and states that the same test inputs are run before and after a change, and that an audit tests each requirement and records whether it is met.</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this week's Java.</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no new bench today; a code for any of this week's benches counts.</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“Testing a Change to Code Coach” with class questions, Figure 1, and the discussion form in the right panel.</w:t>
            </w:r>
          </w:p>
          <w:p>
            <w:pPr>
              <w:spacing w:before="0" w:after="20" w:line="264" w:lineRule="auto"/>
              <w:ind w:left="317" w:hanging="230"/>
            </w:pPr>
            <w:r>
              <w:rPr>
                <w:rFonts w:ascii="Lato" w:hAnsi="Lato"/>
                <w:b w:val="0"/>
                <w:i w:val="0"/>
                <w:sz w:val="19"/>
              </w:rPr>
              <w:t>• We Do deck: Reading 2 “One Program, Four Skills” with the classwork form.</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test input · expected output · audit</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On Tuesday you wrote a test for each of Code Coach's requirements. Today you see what happened when its system prompt was changed, and how you can tell whether the change helped.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Code Coach's system prompt was changed, and the new version explained one snippet well. Does that show the change helped? Answer yes or no, then say what you would check instead.</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“Testing a Change to Code Coach”,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Test Inputs and Expected Outputs</w:t>
            </w:r>
          </w:p>
          <w:p>
            <w:pPr>
              <w:spacing w:before="0" w:after="20" w:line="264" w:lineRule="auto"/>
              <w:ind w:left="317" w:hanging="230"/>
            </w:pPr>
            <w:r>
              <w:rPr>
                <w:rFonts w:ascii="Lato" w:hAnsi="Lato"/>
                <w:b w:val="0"/>
                <w:i w:val="0"/>
                <w:sz w:val="19"/>
              </w:rPr>
              <w:t>• Running Each Test Twice</w:t>
            </w:r>
          </w:p>
          <w:p>
            <w:pPr>
              <w:spacing w:before="0" w:after="20" w:line="264" w:lineRule="auto"/>
              <w:ind w:left="317" w:hanging="230"/>
            </w:pPr>
            <w:r>
              <w:rPr>
                <w:rFonts w:ascii="Lato" w:hAnsi="Lato"/>
                <w:b w:val="0"/>
                <w:i w:val="0"/>
                <w:sz w:val="19"/>
              </w:rPr>
              <w:t>• One Change, the Same Test Inputs</w:t>
            </w:r>
          </w:p>
          <w:p>
            <w:pPr>
              <w:spacing w:before="0" w:after="20" w:line="264" w:lineRule="auto"/>
              <w:ind w:left="317" w:hanging="230"/>
            </w:pPr>
            <w:r>
              <w:rPr>
                <w:rFonts w:ascii="Lato" w:hAnsi="Lato"/>
                <w:b w:val="0"/>
                <w:i w:val="0"/>
                <w:sz w:val="19"/>
              </w:rPr>
              <w:t>• Auditing Version 2</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test input</w:t>
            </w:r>
            <w:r>
              <w:rPr>
                <w:rFonts w:ascii="Lato" w:hAnsi="Lato"/>
                <w:b w:val="0"/>
                <w:i w:val="0"/>
                <w:sz w:val="19"/>
              </w:rPr>
              <w:t xml:space="preserve"> · Why is int x = 7 / 2; followed by printing x a good test input for Code Coach?</w:t>
            </w:r>
          </w:p>
          <w:p>
            <w:pPr>
              <w:spacing w:before="0" w:after="20" w:line="264" w:lineRule="auto"/>
              <w:ind w:left="317" w:hanging="230"/>
            </w:pPr>
            <w:r>
              <w:rPr>
                <w:rFonts w:ascii="Lato" w:hAnsi="Lato"/>
                <w:b w:val="0"/>
                <w:i w:val="0"/>
                <w:sz w:val="19"/>
              </w:rPr>
              <w:t xml:space="preserve">2. </w:t>
            </w:r>
            <w:r>
              <w:rPr>
                <w:rFonts w:ascii="Lato" w:hAnsi="Lato"/>
                <w:b w:val="0"/>
                <w:i/>
                <w:sz w:val="19"/>
              </w:rPr>
              <w:t>notebook cue: expected output</w:t>
            </w:r>
            <w:r>
              <w:rPr>
                <w:rFonts w:ascii="Lato" w:hAnsi="Lato"/>
                <w:b w:val="0"/>
                <w:i w:val="0"/>
                <w:sz w:val="19"/>
              </w:rPr>
              <w:t xml:space="preserve"> · The expected output for each test input was written before version 1 was run. Why before?</w:t>
            </w:r>
          </w:p>
          <w:p>
            <w:pPr>
              <w:spacing w:before="0" w:after="20" w:line="264" w:lineRule="auto"/>
              <w:ind w:left="317" w:hanging="230"/>
            </w:pPr>
            <w:r>
              <w:rPr>
                <w:rFonts w:ascii="Lato" w:hAnsi="Lato"/>
                <w:b w:val="0"/>
                <w:i w:val="0"/>
                <w:sz w:val="19"/>
              </w:rPr>
              <w:t xml:space="preserve">3. </w:t>
            </w:r>
            <w:r>
              <w:rPr>
                <w:rFonts w:ascii="Lato" w:hAnsi="Lato"/>
                <w:b w:val="0"/>
                <w:i/>
                <w:sz w:val="19"/>
              </w:rPr>
              <w:t>notebook cue: audit</w:t>
            </w:r>
            <w:r>
              <w:rPr>
                <w:rFonts w:ascii="Lato" w:hAnsi="Lato"/>
                <w:b w:val="0"/>
                <w:i w:val="0"/>
                <w:sz w:val="19"/>
              </w:rPr>
              <w:t xml:space="preserve"> · After the change, which requirements were met and which were not? How does the audit table show it?</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Code Coach's three test inputs, each run twice under system prompt version 1 and version 2, with the five-row audit of version 2 underneath.</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a plan for comparing the two versions, and on what has to stay the same for the comparison to be fair.</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Yes. A good explanation shows that the new version works.</w:t>
            </w:r>
          </w:p>
          <w:p>
            <w:pPr>
              <w:spacing w:before="0" w:after="20" w:line="264" w:lineRule="auto"/>
              <w:ind w:left="317" w:hanging="230"/>
            </w:pPr>
            <w:r>
              <w:rPr>
                <w:rFonts w:ascii="Lato" w:hAnsi="Lato"/>
                <w:b w:val="0"/>
                <w:i w:val="0"/>
                <w:sz w:val="19"/>
              </w:rPr>
              <w:t>2. No. Run the same three test inputs on both versions, compare the outputs, and check each requirement.</w:t>
            </w:r>
          </w:p>
          <w:p>
            <w:pPr>
              <w:spacing w:before="0" w:after="20" w:line="264" w:lineRule="auto"/>
              <w:ind w:left="317" w:hanging="230"/>
            </w:pPr>
            <w:r>
              <w:rPr>
                <w:rFonts w:ascii="Lato" w:hAnsi="Lato"/>
                <w:b w:val="0"/>
                <w:i w:val="0"/>
                <w:sz w:val="19"/>
              </w:rPr>
              <w:t>3. Ask a few students which version they like better.</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If a model gives a good answer once, it will give a good answer every time.</w:t>
            </w:r>
          </w:p>
          <w:p>
            <w:pPr>
              <w:spacing w:before="0" w:after="20" w:line="264" w:lineRule="auto"/>
              <w:ind w:left="317" w:hanging="230"/>
            </w:pPr>
            <w:r>
              <w:rPr>
                <w:rFonts w:ascii="Lato" w:hAnsi="Lato"/>
                <w:b w:val="0"/>
                <w:i w:val="0"/>
                <w:sz w:val="19"/>
              </w:rPr>
              <w:t>2. A fair comparison changes one thing and keeps the test inputs the same.</w:t>
            </w:r>
          </w:p>
          <w:p>
            <w:pPr>
              <w:spacing w:before="0" w:after="20" w:line="264" w:lineRule="auto"/>
              <w:ind w:left="317" w:hanging="230"/>
            </w:pPr>
            <w:r>
              <w:rPr>
                <w:rFonts w:ascii="Lato" w:hAnsi="Lato"/>
                <w:b w:val="0"/>
                <w:i w:val="0"/>
                <w:sz w:val="19"/>
              </w:rPr>
              <w:t>3. An audit records the test that was run and whether the requirement was met.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40–75</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“One Program, Four Skills”, a reading of about 400 words. Work the first part aloud, then students work it on their own.</w:t>
            </w:r>
          </w:p>
          <w:p>
            <w:pPr>
              <w:spacing w:before="0" w:after="20" w:line="264" w:lineRule="auto"/>
              <w:ind w:left="317" w:hanging="230"/>
            </w:pPr>
            <w:r>
              <w:rPr>
                <w:rFonts w:ascii="Lato" w:hAnsi="Lato"/>
                <w:b w:val="0"/>
                <w:i w:val="0"/>
                <w:sz w:val="19"/>
              </w:rPr>
              <w:t>• The Shape and the Order</w:t>
            </w:r>
          </w:p>
          <w:p>
            <w:pPr>
              <w:spacing w:before="0" w:after="20" w:line="264" w:lineRule="auto"/>
              <w:ind w:left="317" w:hanging="230"/>
            </w:pPr>
            <w:r>
              <w:rPr>
                <w:rFonts w:ascii="Lato" w:hAnsi="Lato"/>
                <w:b w:val="0"/>
                <w:i w:val="0"/>
                <w:sz w:val="19"/>
              </w:rPr>
              <w:t>• Printing and Symbols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Why the same three?</w:t>
            </w:r>
          </w:p>
          <w:p>
            <w:pPr>
              <w:spacing w:before="0" w:after="20" w:line="264" w:lineRule="auto"/>
              <w:ind w:left="317" w:hanging="230"/>
            </w:pPr>
            <w:r>
              <w:rPr>
                <w:rFonts w:ascii="Lato" w:hAnsi="Lato"/>
                <w:b w:val="0"/>
                <w:i w:val="0"/>
                <w:sz w:val="19"/>
              </w:rPr>
              <w:t>• MC 2 · In Code Coach's test table (Figure 1), what is compared?</w:t>
            </w:r>
          </w:p>
          <w:p>
            <w:pPr>
              <w:spacing w:before="0" w:after="20" w:line="264" w:lineRule="auto"/>
              <w:ind w:left="317" w:hanging="230"/>
            </w:pPr>
            <w:r>
              <w:rPr>
                <w:rFonts w:ascii="Lato" w:hAnsi="Lato"/>
                <w:b w:val="0"/>
                <w:i w:val="0"/>
                <w:sz w:val="19"/>
              </w:rPr>
              <w:t>• MC 3 · What does an audit record for each requirement?</w:t>
            </w:r>
          </w:p>
          <w:p>
            <w:pPr>
              <w:spacing w:before="0" w:after="20" w:line="264" w:lineRule="auto"/>
              <w:ind w:left="317" w:hanging="230"/>
            </w:pPr>
            <w:r>
              <w:rPr>
                <w:rFonts w:ascii="Lato" w:hAnsi="Lato"/>
                <w:b w:val="0"/>
                <w:i w:val="0"/>
                <w:sz w:val="19"/>
              </w:rPr>
              <w:t>• MC 4 · Why was the expected output for each of Code Coach's test inputs written down before the test was run?</w:t>
            </w:r>
          </w:p>
          <w:p>
            <w:pPr>
              <w:spacing w:before="0" w:after="20" w:line="264" w:lineRule="auto"/>
              <w:ind w:left="317" w:hanging="230"/>
            </w:pPr>
            <w:r>
              <w:rPr>
                <w:rFonts w:ascii="Lato" w:hAnsi="Lato"/>
                <w:b w:val="0"/>
                <w:i w:val="0"/>
                <w:sz w:val="19"/>
              </w:rPr>
              <w:t>• MC 5 · Which brace closes the method main?</w:t>
            </w:r>
          </w:p>
          <w:p>
            <w:pPr>
              <w:spacing w:before="0" w:after="20" w:line="264" w:lineRule="auto"/>
              <w:ind w:left="317" w:hanging="230"/>
            </w:pPr>
            <w:r>
              <w:rPr>
                <w:rFonts w:ascii="Lato" w:hAnsi="Lato"/>
                <w:b w:val="0"/>
                <w:i w:val="0"/>
                <w:sz w:val="19"/>
              </w:rPr>
              <w:t>• MC 6 · Which line runs first?</w:t>
            </w:r>
          </w:p>
          <w:p>
            <w:pPr>
              <w:spacing w:before="0" w:after="20" w:line="264" w:lineRule="auto"/>
              <w:ind w:left="317" w:hanging="230"/>
            </w:pPr>
            <w:r>
              <w:rPr>
                <w:rFonts w:ascii="Lato" w:hAnsi="Lato"/>
                <w:b w:val="0"/>
                <w:i w:val="0"/>
                <w:sz w:val="19"/>
              </w:rPr>
              <w:t>• MC 7 · How many lines of output does this code segment print?</w:t>
            </w:r>
          </w:p>
          <w:p>
            <w:pPr>
              <w:spacing w:before="0" w:after="20" w:line="264" w:lineRule="auto"/>
              <w:ind w:left="317" w:hanging="230"/>
            </w:pPr>
            <w:r>
              <w:rPr>
                <w:rFonts w:ascii="Lato" w:hAnsi="Lato"/>
                <w:b w:val="0"/>
                <w:i w:val="0"/>
                <w:sz w:val="19"/>
              </w:rPr>
              <w:t>• MC 8 · What is printed?</w:t>
            </w:r>
          </w:p>
          <w:p>
            <w:pPr>
              <w:spacing w:before="0" w:after="20" w:line="264" w:lineRule="auto"/>
              <w:ind w:left="317" w:hanging="230"/>
            </w:pPr>
            <w:r>
              <w:rPr>
                <w:rFonts w:ascii="Lato" w:hAnsi="Lato"/>
                <w:b w:val="0"/>
                <w:i w:val="0"/>
                <w:sz w:val="19"/>
              </w:rPr>
              <w:t>• MC 9 · Which symbol ends the statement in this line of Java?</w:t>
            </w:r>
          </w:p>
          <w:p>
            <w:pPr>
              <w:spacing w:before="0" w:after="20" w:line="264" w:lineRule="auto"/>
              <w:ind w:left="317" w:hanging="230"/>
            </w:pPr>
            <w:r>
              <w:rPr>
                <w:rFonts w:ascii="Lato" w:hAnsi="Lato"/>
                <w:b w:val="0"/>
                <w:i w:val="0"/>
                <w:sz w:val="19"/>
              </w:rPr>
              <w:t>• MC 10 · What is printed?</w:t>
            </w:r>
          </w:p>
          <w:p>
            <w:pPr>
              <w:spacing w:before="0" w:after="20" w:line="264" w:lineRule="auto"/>
              <w:ind w:left="317" w:hanging="230"/>
            </w:pPr>
            <w:r>
              <w:rPr>
                <w:rFonts w:ascii="Lato" w:hAnsi="Lato"/>
                <w:b w:val="0"/>
                <w:i w:val="0"/>
                <w:sz w:val="19"/>
              </w:rPr>
              <w:t>• CR 1 · Count the lines from the top, starting at 1.</w:t>
            </w:r>
          </w:p>
          <w:p>
            <w:pPr>
              <w:spacing w:before="0" w:after="20" w:line="264" w:lineRule="auto"/>
              <w:ind w:left="317" w:hanging="230"/>
            </w:pPr>
            <w:r>
              <w:rPr>
                <w:rFonts w:ascii="Lato" w:hAnsi="Lato"/>
                <w:b w:val="0"/>
                <w:i w:val="0"/>
                <w:sz w:val="19"/>
              </w:rPr>
              <w:t>• CR 2 · In two sentences, explain why the same test inputs are run before and after a change.</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Then write the audit table with four columns, requirement, test input, expected output and met?, and leave the met?</w:t>
            </w:r>
          </w:p>
          <w:p>
            <w:pPr>
              <w:spacing w:before="0" w:after="20" w:line="264" w:lineRule="auto"/>
              <w:ind w:left="317" w:hanging="230"/>
            </w:pPr>
            <w:r>
              <w:rPr>
                <w:rFonts w:ascii="Lato" w:hAnsi="Lato"/>
                <w:b w:val="0"/>
                <w:i w:val="0"/>
                <w:sz w:val="19"/>
              </w:rPr>
              <w:t>• CR 4 · Explain what the builder cannot tell, and what to do instead.</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Why are the same test inputs run before and after a change?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A program runs System.out.print("Half");, then System.out.println(" day");, then System.out.println("Done");. What is printed, and on how many lines?</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school's lunch line gets a new card reader. The cafeteria manager has a list: it reads a card in under five seconds, it shows the student's name, and it beeps once. The reader looks fine. Describe how to audit the reader against the list.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No new bench on Fridays. The bench beat is catch-up and pick-up; a code for any of B09–B12 counts toward the week's Bench Basics grade.</w:t>
            </w:r>
          </w:p>
          <w:p>
            <w:pPr>
              <w:spacing w:before="0" w:after="20" w:line="264" w:lineRule="auto"/>
              <w:ind w:left="317" w:hanging="230"/>
            </w:pPr>
            <w:r>
              <w:rPr>
                <w:rFonts w:ascii="Lato" w:hAnsi="Lato"/>
                <w:b w:val="0"/>
                <w:i w:val="0"/>
                <w:sz w:val="19"/>
              </w:rPr>
              <w:t>• Week 14 milestone. Students have read their first Java on four benches and have seen Code Coach's requirements, tests and audit. Monday's 15.1 starts files, folders and paths.</w:t>
            </w:r>
          </w:p>
          <w:p>
            <w:pPr>
              <w:spacing w:before="0" w:after="20" w:line="264" w:lineRule="auto"/>
              <w:ind w:left="317" w:hanging="230"/>
            </w:pPr>
            <w:r>
              <w:rPr>
                <w:rFonts w:ascii="Lato" w:hAnsi="Lato"/>
                <w:b w:val="0"/>
                <w:i w:val="0"/>
                <w:sz w:val="19"/>
              </w:rPr>
              <w:t>• No new bench today. Students past the classwork floor can finish this week's benches, picking up from a credit code.</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