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Oct 26 · How AI Gets Packaged</w:t>
      </w:r>
    </w:p>
    <w:p>
      <w:pPr>
        <w:spacing w:before="0" w:after="80" w:line="264" w:lineRule="auto"/>
      </w:pPr>
      <w:r>
        <w:rPr>
          <w:rFonts w:ascii="Lato" w:hAnsi="Lato"/>
          <w:b w:val="0"/>
          <w:i/>
          <w:color w:val="404040"/>
          <w:sz w:val="19"/>
        </w:rPr>
        <w:t>A model does the processing. Programs written by people carry the input in and the output out.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identify the input, the processing and the output of a tool that uses a model, and explain that the programs around the model are written by people.</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12. The passage uses the words "input," "processing" and "output," and states that in a tool that uses a model, the model does the processing.</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trace table.</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B05 Store It,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“Input, Processing and Output” with class questions, Figure 1, and the discussion form in the right panel.</w:t>
            </w:r>
          </w:p>
          <w:p>
            <w:pPr>
              <w:spacing w:before="0" w:after="20" w:line="264" w:lineRule="auto"/>
              <w:ind w:left="317" w:hanging="230"/>
            </w:pPr>
            <w:r>
              <w:rPr>
                <w:rFonts w:ascii="Lato" w:hAnsi="Lato"/>
                <w:b w:val="0"/>
                <w:i w:val="0"/>
                <w:sz w:val="19"/>
              </w:rPr>
              <w:t>• We Do deck: Reading 2 “Store It: What = Means to a Computer” with the classwork form, then the bench slide.</w:t>
            </w:r>
          </w:p>
          <w:p>
            <w:pPr>
              <w:spacing w:before="0" w:after="20" w:line="264" w:lineRule="auto"/>
              <w:ind w:left="317" w:hanging="230"/>
            </w:pPr>
            <w:r>
              <w:rPr>
                <w:rFonts w:ascii="Lato" w:hAnsi="Lato"/>
                <w:b w:val="0"/>
                <w:i w:val="0"/>
                <w:sz w:val="19"/>
              </w:rPr>
              <w:t>• Bench Basics B05 “Store It” at muggsofcompsci.net/cs1/bench/b05.</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input · processing · output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This semester you have spent weeks learning what AI is. Today you look at how AI gets packaged into the apps and sites you actually use.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You open an app and ask its AI a question. Besides the model, what else had to be built so that you could ask? Name two things.</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“Input, Processing and Output”,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the Class Has Learned About AI</w:t>
            </w:r>
          </w:p>
          <w:p>
            <w:pPr>
              <w:spacing w:before="0" w:after="20" w:line="264" w:lineRule="auto"/>
              <w:ind w:left="317" w:hanging="230"/>
            </w:pPr>
            <w:r>
              <w:rPr>
                <w:rFonts w:ascii="Lato" w:hAnsi="Lato"/>
                <w:b w:val="0"/>
                <w:i w:val="0"/>
                <w:sz w:val="19"/>
              </w:rPr>
              <w:t>• Three Parts of Every Tool</w:t>
            </w:r>
          </w:p>
          <w:p>
            <w:pPr>
              <w:spacing w:before="0" w:after="20" w:line="264" w:lineRule="auto"/>
              <w:ind w:left="317" w:hanging="230"/>
            </w:pPr>
            <w:r>
              <w:rPr>
                <w:rFonts w:ascii="Lato" w:hAnsi="Lato"/>
                <w:b w:val="0"/>
                <w:i w:val="0"/>
                <w:sz w:val="19"/>
              </w:rPr>
              <w:t>• Input, Processing and Output in an AI Tool</w:t>
            </w:r>
          </w:p>
          <w:p>
            <w:pPr>
              <w:spacing w:before="0" w:after="20" w:line="264" w:lineRule="auto"/>
              <w:ind w:left="317" w:hanging="230"/>
            </w:pPr>
            <w:r>
              <w:rPr>
                <w:rFonts w:ascii="Lato" w:hAnsi="Lato"/>
                <w:b w:val="0"/>
                <w:i w:val="0"/>
                <w:sz w:val="19"/>
              </w:rPr>
              <w:t>• The Programs Around the Model</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input</w:t>
            </w:r>
            <w:r>
              <w:rPr>
                <w:rFonts w:ascii="Lato" w:hAnsi="Lato"/>
                <w:b w:val="0"/>
                <w:i w:val="0"/>
                <w:sz w:val="19"/>
              </w:rPr>
              <w:t xml:space="preserve"> · A student types a question into an AI study app and clicks Ask. What is the input, and who gives it to the tool?</w:t>
            </w:r>
          </w:p>
          <w:p>
            <w:pPr>
              <w:spacing w:before="0" w:after="20" w:line="264" w:lineRule="auto"/>
              <w:ind w:left="317" w:hanging="230"/>
            </w:pPr>
            <w:r>
              <w:rPr>
                <w:rFonts w:ascii="Lato" w:hAnsi="Lato"/>
                <w:b w:val="0"/>
                <w:i w:val="0"/>
                <w:sz w:val="19"/>
              </w:rPr>
              <w:t xml:space="preserve">2. </w:t>
            </w:r>
            <w:r>
              <w:rPr>
                <w:rFonts w:ascii="Lato" w:hAnsi="Lato"/>
                <w:b w:val="0"/>
                <w:i/>
                <w:sz w:val="19"/>
              </w:rPr>
              <w:t>notebook cue: processing</w:t>
            </w:r>
            <w:r>
              <w:rPr>
                <w:rFonts w:ascii="Lato" w:hAnsi="Lato"/>
                <w:b w:val="0"/>
                <w:i w:val="0"/>
                <w:sz w:val="19"/>
              </w:rPr>
              <w:t xml:space="preserve"> · In a tool that uses a model, which part does the processing: the page on the screen or the model on a server?</w:t>
            </w:r>
          </w:p>
          <w:p>
            <w:pPr>
              <w:spacing w:before="0" w:after="20" w:line="264" w:lineRule="auto"/>
              <w:ind w:left="317" w:hanging="230"/>
            </w:pPr>
            <w:r>
              <w:rPr>
                <w:rFonts w:ascii="Lato" w:hAnsi="Lato"/>
                <w:b w:val="0"/>
                <w:i w:val="0"/>
                <w:sz w:val="19"/>
              </w:rPr>
              <w:t xml:space="preserve">3. </w:t>
            </w:r>
            <w:r>
              <w:rPr>
                <w:rFonts w:ascii="Lato" w:hAnsi="Lato"/>
                <w:b w:val="0"/>
                <w:i/>
                <w:sz w:val="19"/>
              </w:rPr>
              <w:t>notebook cue: output</w:t>
            </w:r>
            <w:r>
              <w:rPr>
                <w:rFonts w:ascii="Lato" w:hAnsi="Lato"/>
                <w:b w:val="0"/>
                <w:i w:val="0"/>
                <w:sz w:val="19"/>
              </w:rPr>
              <w:t xml:space="preserve"> · The app shows an answer under the question the student typed. Which part of the screen is the output, and which part is not?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In a tool that uses a model, programs written by people carry the input in and the output out, and the model on a server does the processing.</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lists everything besides the model that had to exist for the question to reach it, and agrees on which item on the list matters most.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Only the model. Everything else is just the screen.</w:t>
            </w:r>
          </w:p>
          <w:p>
            <w:pPr>
              <w:spacing w:before="0" w:after="20" w:line="264" w:lineRule="auto"/>
              <w:ind w:left="317" w:hanging="230"/>
            </w:pPr>
            <w:r>
              <w:rPr>
                <w:rFonts w:ascii="Lato" w:hAnsi="Lato"/>
                <w:b w:val="0"/>
                <w:i w:val="0"/>
                <w:sz w:val="19"/>
              </w:rPr>
              <w:t>2. The model, plus programs written by people that carry the question in and the answer out.</w:t>
            </w:r>
          </w:p>
          <w:p>
            <w:pPr>
              <w:spacing w:before="0" w:after="20" w:line="264" w:lineRule="auto"/>
              <w:ind w:left="317" w:hanging="230"/>
            </w:pPr>
            <w:r>
              <w:rPr>
                <w:rFonts w:ascii="Lato" w:hAnsi="Lato"/>
                <w:b w:val="0"/>
                <w:i w:val="0"/>
                <w:sz w:val="19"/>
              </w:rPr>
              <w:t>3. Nothing else. The AI runs inside the phone by itself.</w:t>
            </w:r>
          </w:p>
        </w:tc>
      </w:tr>
      <w:tr>
        <w:trPr>
          <w:cantSplit/>
        </w:trPr>
        <w:tc>
          <w:tcPr>
            <w:tcW w:type="dxa" w:w="1800"/>
            <w:shd w:val="clear" w:color="auto" w:fill="E8E8E8"/>
          </w:tcPr>
          <w:p>
            <w:pPr>
              <w:spacing w:before="0" w:after="40" w:line="264" w:lineRule="auto"/>
            </w:pPr>
            <w:r>
              <w:rPr>
                <w:rFonts w:ascii="Lato" w:hAnsi="Lato"/>
                <w:b/>
                <w:i w:val="0"/>
                <w:sz w:val="19"/>
              </w:rPr>
              <w:t>Section 2 statements</w:t>
            </w:r>
          </w:p>
        </w:tc>
        <w:tc>
          <w:tcPr>
            <w:tcW w:type="dxa" w:w="9000"/>
          </w:tcPr>
          <w:p>
            <w:pPr>
              <w:spacing w:before="0" w:after="40" w:line="264" w:lineRule="auto"/>
            </w:pPr>
            <w:r>
              <w:rPr>
                <w:rFonts w:ascii="Lato" w:hAnsi="Lato"/>
                <w:b w:val="0"/>
                <w:i w:val="0"/>
                <w:sz w:val="19"/>
              </w:rPr>
              <w:t>Agree or disagree on the form:</w:t>
            </w:r>
          </w:p>
          <w:p>
            <w:pPr>
              <w:spacing w:before="0" w:after="20" w:line="264" w:lineRule="auto"/>
              <w:ind w:left="317" w:hanging="230"/>
            </w:pPr>
            <w:r>
              <w:rPr>
                <w:rFonts w:ascii="Lato" w:hAnsi="Lato"/>
                <w:b w:val="0"/>
                <w:i w:val="0"/>
                <w:sz w:val="19"/>
              </w:rPr>
              <w:t>1. Every part of an AI app was made by training on examples.</w:t>
            </w:r>
          </w:p>
          <w:p>
            <w:pPr>
              <w:spacing w:before="0" w:after="20" w:line="264" w:lineRule="auto"/>
              <w:ind w:left="317" w:hanging="230"/>
            </w:pPr>
            <w:r>
              <w:rPr>
                <w:rFonts w:ascii="Lato" w:hAnsi="Lato"/>
                <w:b w:val="0"/>
                <w:i w:val="0"/>
                <w:sz w:val="19"/>
              </w:rPr>
              <w:t>2. In a tool that uses a model, the model does the processing.</w:t>
            </w:r>
          </w:p>
          <w:p>
            <w:pPr>
              <w:spacing w:before="0" w:after="20" w:line="264" w:lineRule="auto"/>
              <w:ind w:left="317" w:hanging="230"/>
            </w:pPr>
            <w:r>
              <w:rPr>
                <w:rFonts w:ascii="Lato" w:hAnsi="Lato"/>
                <w:b w:val="0"/>
                <w:i w:val="0"/>
                <w:sz w:val="19"/>
              </w:rPr>
              <w:t>3. People still write the programs that carry a question to a model and the answer back.</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“Store It: What = Means to a Computer”, a reading of about 370 words. Work the first part aloud, then students work it on their own.</w:t>
            </w:r>
          </w:p>
          <w:p>
            <w:pPr>
              <w:spacing w:before="0" w:after="20" w:line="264" w:lineRule="auto"/>
              <w:ind w:left="317" w:hanging="230"/>
            </w:pPr>
            <w:r>
              <w:rPr>
                <w:rFonts w:ascii="Lato" w:hAnsi="Lato"/>
                <w:b w:val="0"/>
                <w:i w:val="0"/>
                <w:sz w:val="19"/>
              </w:rPr>
              <w:t>• Storing a Value</w:t>
            </w:r>
          </w:p>
          <w:p>
            <w:pPr>
              <w:spacing w:before="0" w:after="20" w:line="264" w:lineRule="auto"/>
              <w:ind w:left="317" w:hanging="230"/>
            </w:pPr>
            <w:r>
              <w:rPr>
                <w:rFonts w:ascii="Lato" w:hAnsi="Lato"/>
                <w:b w:val="0"/>
                <w:i w:val="0"/>
                <w:sz w:val="19"/>
              </w:rPr>
              <w:t>• One Trace Table, Row by Row</w:t>
            </w:r>
          </w:p>
          <w:p>
            <w:pPr>
              <w:spacing w:before="0" w:after="20" w:line="264" w:lineRule="auto"/>
              <w:ind w:left="317" w:hanging="230"/>
            </w:pPr>
            <w:r>
              <w:rPr>
                <w:rFonts w:ascii="Lato" w:hAnsi="Lato"/>
                <w:b w:val="0"/>
                <w:i w:val="0"/>
                <w:sz w:val="19"/>
              </w:rPr>
              <w:t>• Two Mistakes Bench Basics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part is the input?</w:t>
            </w:r>
          </w:p>
          <w:p>
            <w:pPr>
              <w:spacing w:before="0" w:after="20" w:line="264" w:lineRule="auto"/>
              <w:ind w:left="317" w:hanging="230"/>
            </w:pPr>
            <w:r>
              <w:rPr>
                <w:rFonts w:ascii="Lato" w:hAnsi="Lato"/>
                <w:b w:val="0"/>
                <w:i w:val="0"/>
                <w:sz w:val="19"/>
              </w:rPr>
              <w:t>• MC 2 · Which part does the work of producing the answer?</w:t>
            </w:r>
          </w:p>
          <w:p>
            <w:pPr>
              <w:spacing w:before="0" w:after="20" w:line="264" w:lineRule="auto"/>
              <w:ind w:left="317" w:hanging="230"/>
            </w:pPr>
            <w:r>
              <w:rPr>
                <w:rFonts w:ascii="Lato" w:hAnsi="Lato"/>
                <w:b w:val="0"/>
                <w:i w:val="0"/>
                <w:sz w:val="19"/>
              </w:rPr>
              <w:t>• MC 3 · Which part of the screen is the output?</w:t>
            </w:r>
          </w:p>
          <w:p>
            <w:pPr>
              <w:spacing w:before="0" w:after="20" w:line="264" w:lineRule="auto"/>
              <w:ind w:left="317" w:hanging="230"/>
            </w:pPr>
            <w:r>
              <w:rPr>
                <w:rFonts w:ascii="Lato" w:hAnsi="Lato"/>
                <w:b w:val="0"/>
                <w:i w:val="0"/>
                <w:sz w:val="19"/>
              </w:rPr>
              <w:t>• MC 4 · Which part of an AI tool is an ordinary program that people write in a programming language?</w:t>
            </w:r>
          </w:p>
          <w:p>
            <w:pPr>
              <w:spacing w:before="0" w:after="20" w:line="264" w:lineRule="auto"/>
              <w:ind w:left="317" w:hanging="230"/>
            </w:pPr>
            <w:r>
              <w:rPr>
                <w:rFonts w:ascii="Lato" w:hAnsi="Lato"/>
                <w:b w:val="0"/>
                <w:i w:val="0"/>
                <w:sz w:val="19"/>
              </w:rPr>
              <w:t>• MC 5 · What does the step n ← 7 do?</w:t>
            </w:r>
          </w:p>
          <w:p>
            <w:pPr>
              <w:spacing w:before="0" w:after="20" w:line="264" w:lineRule="auto"/>
              <w:ind w:left="317" w:hanging="230"/>
            </w:pPr>
            <w:r>
              <w:rPr>
                <w:rFonts w:ascii="Lato" w:hAnsi="Lato"/>
                <w:b w:val="0"/>
                <w:i w:val="0"/>
                <w:sz w:val="19"/>
              </w:rPr>
              <w:t>• MC 6 · After these three steps run, what is stored in a?</w:t>
            </w:r>
          </w:p>
          <w:p>
            <w:pPr>
              <w:spacing w:before="0" w:after="20" w:line="264" w:lineRule="auto"/>
              <w:ind w:left="317" w:hanging="230"/>
            </w:pPr>
            <w:r>
              <w:rPr>
                <w:rFonts w:ascii="Lato" w:hAnsi="Lato"/>
                <w:b w:val="0"/>
                <w:i w:val="0"/>
                <w:sz w:val="19"/>
              </w:rPr>
              <w:t>• MC 7 · After these three steps run, what is stored in q?</w:t>
            </w:r>
          </w:p>
          <w:p>
            <w:pPr>
              <w:spacing w:before="0" w:after="20" w:line="264" w:lineRule="auto"/>
              <w:ind w:left="317" w:hanging="230"/>
            </w:pPr>
            <w:r>
              <w:rPr>
                <w:rFonts w:ascii="Lato" w:hAnsi="Lato"/>
                <w:b w:val="0"/>
                <w:i w:val="0"/>
                <w:sz w:val="19"/>
              </w:rPr>
              <w:t>• MC 8 · Which row of the student's trace table is wrong?</w:t>
            </w:r>
          </w:p>
          <w:p>
            <w:pPr>
              <w:spacing w:before="0" w:after="20" w:line="264" w:lineRule="auto"/>
              <w:ind w:left="317" w:hanging="230"/>
            </w:pPr>
            <w:r>
              <w:rPr>
                <w:rFonts w:ascii="Lato" w:hAnsi="Lato"/>
                <w:b w:val="0"/>
                <w:i w:val="0"/>
                <w:sz w:val="19"/>
              </w:rPr>
              <w:t>• MC 9 · Why is the step x ← x + 1 not an equation?</w:t>
            </w:r>
          </w:p>
          <w:p>
            <w:pPr>
              <w:spacing w:before="0" w:after="20" w:line="264" w:lineRule="auto"/>
              <w:ind w:left="317" w:hanging="230"/>
            </w:pPr>
            <w:r>
              <w:rPr>
                <w:rFonts w:ascii="Lato" w:hAnsi="Lato"/>
                <w:b w:val="0"/>
                <w:i w:val="0"/>
                <w:sz w:val="19"/>
              </w:rPr>
              <w:t>• MC 10 · In the worked trace table in Reading 2, what is stored in y after row 3?</w:t>
            </w:r>
          </w:p>
          <w:p>
            <w:pPr>
              <w:spacing w:before="0" w:after="20" w:line="264" w:lineRule="auto"/>
              <w:ind w:left="317" w:hanging="230"/>
            </w:pPr>
            <w:r>
              <w:rPr>
                <w:rFonts w:ascii="Lato" w:hAnsi="Lato"/>
                <w:b w:val="0"/>
                <w:i w:val="0"/>
                <w:sz w:val="19"/>
              </w:rPr>
              <w:t>• CR 1 · Trace these four steps.</w:t>
            </w:r>
          </w:p>
          <w:p>
            <w:pPr>
              <w:spacing w:before="0" w:after="20" w:line="264" w:lineRule="auto"/>
              <w:ind w:left="317" w:hanging="230"/>
            </w:pPr>
            <w:r>
              <w:rPr>
                <w:rFonts w:ascii="Lato" w:hAnsi="Lato"/>
                <w:b w:val="0"/>
                <w:i w:val="0"/>
                <w:sz w:val="19"/>
              </w:rPr>
              <w:t>• CR 2 · In two sentences, explain why a box can hold only one value at a time.</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the final values of r, s and t.</w:t>
            </w:r>
          </w:p>
          <w:p>
            <w:pPr>
              <w:spacing w:before="0" w:after="20" w:line="264" w:lineRule="auto"/>
              <w:ind w:left="317" w:hanging="230"/>
            </w:pPr>
            <w:r>
              <w:rPr>
                <w:rFonts w:ascii="Lato" w:hAnsi="Lato"/>
                <w:b w:val="0"/>
                <w:i w:val="0"/>
                <w:sz w:val="19"/>
              </w:rPr>
              <w:t>• CR 4 · Choose an AI app or site you use.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B05 · Store It</w:t>
            </w:r>
          </w:p>
        </w:tc>
        <w:tc>
          <w:tcPr>
            <w:tcW w:type="dxa" w:w="9000"/>
          </w:tcPr>
          <w:p>
            <w:pPr>
              <w:spacing w:before="0" w:after="40" w:line="264" w:lineRule="auto"/>
            </w:pPr>
            <w:r>
              <w:rPr>
                <w:rFonts w:ascii="Lato" w:hAnsi="Lato"/>
                <w:b w:val="0"/>
                <w:i w:val="0"/>
                <w:sz w:val="19"/>
              </w:rPr>
              <w:t>= means store, in plain steps (x ← 4, x ← x + 1): fill trace tables; spot the row that is wrong.</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In a tool that uses a model, what is the processing, and where does it happen?</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runs x ← 3 and then x ← x + 4. What is stored in x at the end, and why is it not 3?</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weather app shows tomorrow's forecast after a person types in a ZIP code. Name the input, the processing and the output.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Fire drill backup date.</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Fire drill. Oct 26 is the backup date for the Oct 16 drill. If it runs, handle it as in.</w:t>
            </w:r>
          </w:p>
          <w:p>
            <w:pPr>
              <w:spacing w:before="0" w:after="20" w:line="264" w:lineRule="auto"/>
              <w:ind w:left="317" w:hanging="230"/>
            </w:pPr>
            <w:r>
              <w:rPr>
                <w:rFonts w:ascii="Lato" w:hAnsi="Lato"/>
                <w:b w:val="0"/>
                <w:i w:val="0"/>
                <w:sz w:val="19"/>
              </w:rPr>
              <w:t>• First Java week. The bench starts before any Java: B05 is plain steps. Students who finish early keep going on B01–B04 for a higher best score.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Oct 27 · Where Java Came From</w:t>
      </w:r>
    </w:p>
    <w:p>
      <w:pPr>
        <w:spacing w:before="0" w:after="80" w:line="264" w:lineRule="auto"/>
      </w:pPr>
      <w:r>
        <w:rPr>
          <w:rFonts w:ascii="Lato" w:hAnsi="Lato"/>
          <w:b w:val="0"/>
          <w:i/>
          <w:color w:val="404040"/>
          <w:sz w:val="19"/>
        </w:rPr>
        <w:t>Java is a language that people write programs in. A compiler turns what they write into something a computer can run.</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that a program is written by a person in a programming language as source code, that a compiler turns source code into a form the computer can run, and where Java came from.</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division steps.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B06 Divide and Remainder,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“Programming Languages and Where Java Came From” with class questions, Figure 1, and the discussion form in the right panel.</w:t>
            </w:r>
          </w:p>
          <w:p>
            <w:pPr>
              <w:spacing w:before="0" w:after="20" w:line="264" w:lineRule="auto"/>
              <w:ind w:left="317" w:hanging="230"/>
            </w:pPr>
            <w:r>
              <w:rPr>
                <w:rFonts w:ascii="Lato" w:hAnsi="Lato"/>
                <w:b w:val="0"/>
                <w:i w:val="0"/>
                <w:sz w:val="19"/>
              </w:rPr>
              <w:t>• We Do deck: Reading 2 “Divide and Remainder: Whole Numbers Only” with the classwork form, then the bench slide.</w:t>
            </w:r>
          </w:p>
          <w:p>
            <w:pPr>
              <w:spacing w:before="0" w:after="20" w:line="264" w:lineRule="auto"/>
              <w:ind w:left="317" w:hanging="230"/>
            </w:pPr>
            <w:r>
              <w:rPr>
                <w:rFonts w:ascii="Lato" w:hAnsi="Lato"/>
                <w:b w:val="0"/>
                <w:i w:val="0"/>
                <w:sz w:val="19"/>
              </w:rPr>
              <w:t>• Bench Basics B06 “Divide and Remainder” at muggsofcompsci.net/cs1/bench/b06.</w:t>
            </w:r>
          </w:p>
          <w:p>
            <w:pPr>
              <w:spacing w:before="0" w:after="20" w:line="264" w:lineRule="auto"/>
              <w:ind w:left="317" w:hanging="230"/>
            </w:pPr>
            <w:r>
              <w:rPr>
                <w:rFonts w:ascii="Lato" w:hAnsi="Lato"/>
                <w:b w:val="0"/>
                <w:i w:val="0"/>
                <w:sz w:val="19"/>
              </w:rPr>
              <w:t>• Extra reading “What Can You Reach That It Can't?” in a third We Do reading tab; its questions are classwork Section 3.</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programming language · source code · compiler</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Yesterday you saw that programs written by people carry a question to a model and carry the answer back. Today you find out where one of the languages those programs are written in, Java, came from.</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People write code using words like print and if, but a computer's chip runs only very simple instructions made of numbers. What do you think happens in between? Give your guess in one sentence, and say whether a person or a program does that step.</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“Programming Languages and Where Java Came From”,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Programming Languages</w:t>
            </w:r>
          </w:p>
          <w:p>
            <w:pPr>
              <w:spacing w:before="0" w:after="20" w:line="264" w:lineRule="auto"/>
              <w:ind w:left="317" w:hanging="230"/>
            </w:pPr>
            <w:r>
              <w:rPr>
                <w:rFonts w:ascii="Lato" w:hAnsi="Lato"/>
                <w:b w:val="0"/>
                <w:i w:val="0"/>
                <w:sz w:val="19"/>
              </w:rPr>
              <w:t>• Source Code and the Compiler</w:t>
            </w:r>
          </w:p>
          <w:p>
            <w:pPr>
              <w:spacing w:before="0" w:after="20" w:line="264" w:lineRule="auto"/>
              <w:ind w:left="317" w:hanging="230"/>
            </w:pPr>
            <w:r>
              <w:rPr>
                <w:rFonts w:ascii="Lato" w:hAnsi="Lato"/>
                <w:b w:val="0"/>
                <w:i w:val="0"/>
                <w:sz w:val="19"/>
              </w:rPr>
              <w:t>• Where Java Came From</w:t>
            </w:r>
          </w:p>
          <w:p>
            <w:pPr>
              <w:spacing w:before="0" w:after="20" w:line="264" w:lineRule="auto"/>
              <w:ind w:left="317" w:hanging="230"/>
            </w:pPr>
            <w:r>
              <w:rPr>
                <w:rFonts w:ascii="Lato" w:hAnsi="Lato"/>
                <w:b w:val="0"/>
                <w:i w:val="0"/>
                <w:sz w:val="19"/>
              </w:rPr>
              <w:t>• Java and JavaScript</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programming language</w:t>
            </w:r>
            <w:r>
              <w:rPr>
                <w:rFonts w:ascii="Lato" w:hAnsi="Lato"/>
                <w:b w:val="0"/>
                <w:i w:val="0"/>
                <w:sz w:val="19"/>
              </w:rPr>
              <w:t xml:space="preserve"> · Java and English both have words and rules. What makes Java a programming language and English not one?</w:t>
            </w:r>
          </w:p>
          <w:p>
            <w:pPr>
              <w:spacing w:before="0" w:after="20" w:line="264" w:lineRule="auto"/>
              <w:ind w:left="317" w:hanging="230"/>
            </w:pPr>
            <w:r>
              <w:rPr>
                <w:rFonts w:ascii="Lato" w:hAnsi="Lato"/>
                <w:b w:val="0"/>
                <w:i w:val="0"/>
                <w:sz w:val="19"/>
              </w:rPr>
              <w:t xml:space="preserve">2. </w:t>
            </w:r>
            <w:r>
              <w:rPr>
                <w:rFonts w:ascii="Lato" w:hAnsi="Lato"/>
                <w:b w:val="0"/>
                <w:i/>
                <w:sz w:val="19"/>
              </w:rPr>
              <w:t>notebook cue: source code</w:t>
            </w:r>
            <w:r>
              <w:rPr>
                <w:rFonts w:ascii="Lato" w:hAnsi="Lato"/>
                <w:b w:val="0"/>
                <w:i w:val="0"/>
                <w:sz w:val="19"/>
              </w:rPr>
              <w:t xml:space="preserve"> · A programmer types a short Java program into a file named Main.java. What is the text in that file called, and who wrote it?</w:t>
            </w:r>
          </w:p>
          <w:p>
            <w:pPr>
              <w:spacing w:before="0" w:after="20" w:line="264" w:lineRule="auto"/>
              <w:ind w:left="317" w:hanging="230"/>
            </w:pPr>
            <w:r>
              <w:rPr>
                <w:rFonts w:ascii="Lato" w:hAnsi="Lato"/>
                <w:b w:val="0"/>
                <w:i w:val="0"/>
                <w:sz w:val="19"/>
              </w:rPr>
              <w:t xml:space="preserve">3. </w:t>
            </w:r>
            <w:r>
              <w:rPr>
                <w:rFonts w:ascii="Lato" w:hAnsi="Lato"/>
                <w:b w:val="0"/>
                <w:i/>
                <w:sz w:val="19"/>
              </w:rPr>
              <w:t>notebook cue: compiler</w:t>
            </w:r>
            <w:r>
              <w:rPr>
                <w:rFonts w:ascii="Lato" w:hAnsi="Lato"/>
                <w:b w:val="0"/>
                <w:i w:val="0"/>
                <w:sz w:val="19"/>
              </w:rPr>
              <w:t xml:space="preserve"> · The computer cannot run Main.java exactly as it was typed. What does the compiler do with it?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Java's story runs from the Green Project at Sun in 1991 to Oracle today, and a person's source code passes through a compiler to become a form the computer can run.</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one guess for what happens between the code a person types and the instructions the chip runs, and decides whether a person or a program does it.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Nothing happens in between. The chip reads the words the way they were typed.</w:t>
            </w:r>
          </w:p>
          <w:p>
            <w:pPr>
              <w:spacing w:before="0" w:after="20" w:line="264" w:lineRule="auto"/>
              <w:ind w:left="317" w:hanging="230"/>
            </w:pPr>
            <w:r>
              <w:rPr>
                <w:rFonts w:ascii="Lato" w:hAnsi="Lato"/>
                <w:b w:val="0"/>
                <w:i w:val="0"/>
                <w:sz w:val="19"/>
              </w:rPr>
              <w:t>2. Another program translates the code into instructions the chip can run.</w:t>
            </w:r>
          </w:p>
          <w:p>
            <w:pPr>
              <w:spacing w:before="0" w:after="20" w:line="264" w:lineRule="auto"/>
              <w:ind w:left="317" w:hanging="230"/>
            </w:pPr>
            <w:r>
              <w:rPr>
                <w:rFonts w:ascii="Lato" w:hAnsi="Lato"/>
                <w:b w:val="0"/>
                <w:i w:val="0"/>
                <w:sz w:val="19"/>
              </w:rPr>
              <w:t>3. The computer was trained on examples until it learned to understand the words.</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Java and JavaScript are two names for the same language.</w:t>
            </w:r>
          </w:p>
          <w:p>
            <w:pPr>
              <w:spacing w:before="0" w:after="20" w:line="264" w:lineRule="auto"/>
              <w:ind w:left="317" w:hanging="230"/>
            </w:pPr>
            <w:r>
              <w:rPr>
                <w:rFonts w:ascii="Lato" w:hAnsi="Lato"/>
                <w:b w:val="0"/>
                <w:i w:val="0"/>
                <w:sz w:val="19"/>
              </w:rPr>
              <w:t>2. Source code is written by a person, so a person can read it.</w:t>
            </w:r>
          </w:p>
          <w:p>
            <w:pPr>
              <w:spacing w:before="0" w:after="20" w:line="264" w:lineRule="auto"/>
              <w:ind w:left="317" w:hanging="230"/>
            </w:pPr>
            <w:r>
              <w:rPr>
                <w:rFonts w:ascii="Lato" w:hAnsi="Lato"/>
                <w:b w:val="0"/>
                <w:i w:val="0"/>
                <w:sz w:val="19"/>
              </w:rPr>
              <w:t>3. Java was first built for small devices, not for web pages.</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“Divide and Remainder: Whole Numbers Only”, a reading of about 370 words. Work the first part aloud, then students work it on their own.</w:t>
            </w:r>
          </w:p>
          <w:p>
            <w:pPr>
              <w:spacing w:before="0" w:after="20" w:line="264" w:lineRule="auto"/>
              <w:ind w:left="317" w:hanging="230"/>
            </w:pPr>
            <w:r>
              <w:rPr>
                <w:rFonts w:ascii="Lato" w:hAnsi="Lato"/>
                <w:b w:val="0"/>
                <w:i w:val="0"/>
                <w:sz w:val="19"/>
              </w:rPr>
              <w:t>• Long Division with Whole Numbers</w:t>
            </w:r>
          </w:p>
          <w:p>
            <w:pPr>
              <w:spacing w:before="0" w:after="20" w:line="264" w:lineRule="auto"/>
              <w:ind w:left="317" w:hanging="230"/>
            </w:pPr>
            <w:r>
              <w:rPr>
                <w:rFonts w:ascii="Lato" w:hAnsi="Lato"/>
                <w:b w:val="0"/>
                <w:i w:val="0"/>
                <w:sz w:val="19"/>
              </w:rPr>
              <w:t>• One Step at a Time</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reason explains why Java is a programming language and English is not?</w:t>
            </w:r>
          </w:p>
          <w:p>
            <w:pPr>
              <w:spacing w:before="0" w:after="20" w:line="264" w:lineRule="auto"/>
              <w:ind w:left="317" w:hanging="230"/>
            </w:pPr>
            <w:r>
              <w:rPr>
                <w:rFonts w:ascii="Lato" w:hAnsi="Lato"/>
                <w:b w:val="0"/>
                <w:i w:val="0"/>
                <w:sz w:val="19"/>
              </w:rPr>
              <w:t>• MC 2 · Which one is the source code?</w:t>
            </w:r>
          </w:p>
          <w:p>
            <w:pPr>
              <w:spacing w:before="0" w:after="20" w:line="264" w:lineRule="auto"/>
              <w:ind w:left="317" w:hanging="230"/>
            </w:pPr>
            <w:r>
              <w:rPr>
                <w:rFonts w:ascii="Lato" w:hAnsi="Lato"/>
                <w:b w:val="0"/>
                <w:i w:val="0"/>
                <w:sz w:val="19"/>
              </w:rPr>
              <w:t>• MC 3 · What does a compiler such as javac do?</w:t>
            </w:r>
          </w:p>
          <w:p>
            <w:pPr>
              <w:spacing w:before="0" w:after="20" w:line="264" w:lineRule="auto"/>
              <w:ind w:left="317" w:hanging="230"/>
            </w:pPr>
            <w:r>
              <w:rPr>
                <w:rFonts w:ascii="Lato" w:hAnsi="Lato"/>
                <w:b w:val="0"/>
                <w:i w:val="0"/>
                <w:sz w:val="19"/>
              </w:rPr>
              <w:t>• MC 4 · Which statement about Java and JavaScript matches the passage?</w:t>
            </w:r>
          </w:p>
          <w:p>
            <w:pPr>
              <w:spacing w:before="0" w:after="20" w:line="264" w:lineRule="auto"/>
              <w:ind w:left="317" w:hanging="230"/>
            </w:pPr>
            <w:r>
              <w:rPr>
                <w:rFonts w:ascii="Lato" w:hAnsi="Lato"/>
                <w:b w:val="0"/>
                <w:i w:val="0"/>
                <w:sz w:val="19"/>
              </w:rPr>
              <w:t>• MC 5 · In whole-number division, what is 31 ÷ 7?</w:t>
            </w:r>
          </w:p>
          <w:p>
            <w:pPr>
              <w:spacing w:before="0" w:after="20" w:line="264" w:lineRule="auto"/>
              <w:ind w:left="317" w:hanging="230"/>
            </w:pPr>
            <w:r>
              <w:rPr>
                <w:rFonts w:ascii="Lato" w:hAnsi="Lato"/>
                <w:b w:val="0"/>
                <w:i w:val="0"/>
                <w:sz w:val="19"/>
              </w:rPr>
              <w:t>• MC 6 · What is 38 rem 5?</w:t>
            </w:r>
          </w:p>
          <w:p>
            <w:pPr>
              <w:spacing w:before="0" w:after="20" w:line="264" w:lineRule="auto"/>
              <w:ind w:left="317" w:hanging="230"/>
            </w:pPr>
            <w:r>
              <w:rPr>
                <w:rFonts w:ascii="Lato" w:hAnsi="Lato"/>
                <w:b w:val="0"/>
                <w:i w:val="0"/>
                <w:sz w:val="19"/>
              </w:rPr>
              <w:t>• MC 7 · What are 5 ÷ 9 and 5 rem 9?</w:t>
            </w:r>
          </w:p>
          <w:p>
            <w:pPr>
              <w:spacing w:before="0" w:after="20" w:line="264" w:lineRule="auto"/>
              <w:ind w:left="317" w:hanging="230"/>
            </w:pPr>
            <w:r>
              <w:rPr>
                <w:rFonts w:ascii="Lato" w:hAnsi="Lato"/>
                <w:b w:val="0"/>
                <w:i w:val="0"/>
                <w:sz w:val="19"/>
              </w:rPr>
              <w:t>• MC 8 · Which of these has a remainder of 0?</w:t>
            </w:r>
          </w:p>
          <w:p>
            <w:pPr>
              <w:spacing w:before="0" w:after="20" w:line="264" w:lineRule="auto"/>
              <w:ind w:left="317" w:hanging="230"/>
            </w:pPr>
            <w:r>
              <w:rPr>
                <w:rFonts w:ascii="Lato" w:hAnsi="Lato"/>
                <w:b w:val="0"/>
                <w:i w:val="0"/>
                <w:sz w:val="19"/>
              </w:rPr>
              <w:t>• MC 9 · Which step comes first, and why?</w:t>
            </w:r>
          </w:p>
          <w:p>
            <w:pPr>
              <w:spacing w:before="0" w:after="20" w:line="264" w:lineRule="auto"/>
              <w:ind w:left="317" w:hanging="230"/>
            </w:pPr>
            <w:r>
              <w:rPr>
                <w:rFonts w:ascii="Lato" w:hAnsi="Lato"/>
                <w:b w:val="0"/>
                <w:i w:val="0"/>
                <w:sz w:val="19"/>
              </w:rPr>
              <w:t>• MC 10 · What is its value?</w:t>
            </w:r>
          </w:p>
          <w:p>
            <w:pPr>
              <w:spacing w:before="0" w:after="20" w:line="264" w:lineRule="auto"/>
              <w:ind w:left="317" w:hanging="230"/>
            </w:pPr>
            <w:r>
              <w:rPr>
                <w:rFonts w:ascii="Lato" w:hAnsi="Lato"/>
                <w:b w:val="0"/>
                <w:i w:val="0"/>
                <w:sz w:val="19"/>
              </w:rPr>
              <w:t>• CR 1 · Give the whole-number part, the remainder and the check.</w:t>
            </w:r>
          </w:p>
          <w:p>
            <w:pPr>
              <w:spacing w:before="0" w:after="20" w:line="264" w:lineRule="auto"/>
              <w:ind w:left="317" w:hanging="230"/>
            </w:pPr>
            <w:r>
              <w:rPr>
                <w:rFonts w:ascii="Lato" w:hAnsi="Lato"/>
                <w:b w:val="0"/>
                <w:i w:val="0"/>
                <w:sz w:val="19"/>
              </w:rPr>
              <w:t>• CR 2 · In two sentences, explain what a compiler does and who writes the source code it reads.</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Rewrite the whole line after each step, and show every line.</w:t>
            </w:r>
          </w:p>
          <w:p>
            <w:pPr>
              <w:spacing w:before="0" w:after="20" w:line="264" w:lineRule="auto"/>
              <w:ind w:left="317" w:hanging="230"/>
            </w:pPr>
            <w:r>
              <w:rPr>
                <w:rFonts w:ascii="Lato" w:hAnsi="Lato"/>
                <w:b w:val="0"/>
                <w:i w:val="0"/>
                <w:sz w:val="19"/>
              </w:rPr>
              <w:t>• CR 4 · In your own words, explain what the slogan "write once, run anywhere" promises, and how it connects to what the Green Project wanted for devices with different chips.</w:t>
            </w:r>
          </w:p>
          <w:p>
            <w:pPr>
              <w:spacing w:before="0" w:after="40" w:line="264" w:lineRule="auto"/>
            </w:pPr>
            <w:r>
              <w:rPr>
                <w:rFonts w:ascii="Lato" w:hAnsi="Lato"/>
                <w:b/>
                <w:i w:val="0"/>
                <w:sz w:val="19"/>
              </w:rPr>
              <w:t>Section 3, extra reading:</w:t>
            </w:r>
          </w:p>
          <w:p>
            <w:pPr>
              <w:spacing w:before="0" w:after="20" w:line="264" w:lineRule="auto"/>
              <w:ind w:left="317" w:hanging="230"/>
            </w:pPr>
            <w:r>
              <w:rPr>
                <w:rFonts w:ascii="Lato" w:hAnsi="Lato"/>
                <w:b w:val="0"/>
                <w:i w:val="0"/>
                <w:sz w:val="19"/>
              </w:rPr>
              <w:t>• CR 5 · What is one question about your neighborhood or family that you could answer at a library but an AI could not?</w:t>
            </w:r>
          </w:p>
          <w:p>
            <w:pPr>
              <w:spacing w:before="0" w:after="20" w:line="264" w:lineRule="auto"/>
              <w:ind w:left="317" w:hanging="230"/>
            </w:pPr>
            <w:r>
              <w:rPr>
                <w:rFonts w:ascii="Lato" w:hAnsi="Lato"/>
                <w:b w:val="0"/>
                <w:i w:val="0"/>
                <w:sz w:val="19"/>
              </w:rPr>
              <w:t>• CR 6 · Is "I can reach sources the AI can't" a good reason to learn this material?</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B06 · Divide and Remainder</w:t>
            </w:r>
          </w:p>
        </w:tc>
        <w:tc>
          <w:tcPr>
            <w:tcW w:type="dxa" w:w="9000"/>
          </w:tcPr>
          <w:p>
            <w:pPr>
              <w:spacing w:before="0" w:after="40" w:line="264" w:lineRule="auto"/>
            </w:pPr>
            <w:r>
              <w:rPr>
                <w:rFonts w:ascii="Lato" w:hAnsi="Lato"/>
                <w:b w:val="0"/>
                <w:i w:val="0"/>
                <w:sz w:val="19"/>
              </w:rPr>
              <w:t>whole-number division and the remainder as long division (17 ÷ 5 is 3 remainder 2); order of operations, one step at a time.</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A person writes source code. What does the compiler do with it before the computer can run the program?</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What is 26 ÷ 8 in whole numbers, and what is the remainder? Show the check that proves your answer.</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student in a robotics club types instructions for a robot arm in a programming language, and then runs a program that turns them into a form the robot's computer can run. Which part is the source code, and which part is the compiler?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Java on the page. The passage's three-line program is the first Java students see. It is shown, not taught. Its parts are B09 on Nov 2.</w:t>
            </w:r>
          </w:p>
          <w:p>
            <w:pPr>
              <w:spacing w:before="0" w:after="20" w:line="264" w:lineRule="auto"/>
              <w:ind w:left="317" w:hanging="230"/>
            </w:pPr>
            <w:r>
              <w:rPr>
                <w:rFonts w:ascii="Lato" w:hAnsi="Lato"/>
                <w:b w:val="0"/>
                <w:i w:val="0"/>
                <w:sz w:val="19"/>
              </w:rPr>
              <w:t>• Bench. B06 has no Java. Students who finish early return to B05 for a higher best score.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Oct 28 · Why Java</w:t>
      </w:r>
    </w:p>
    <w:p>
      <w:pPr>
        <w:spacing w:before="0" w:after="80" w:line="264" w:lineRule="auto"/>
      </w:pPr>
      <w:r>
        <w:rPr>
          <w:rFonts w:ascii="Lato" w:hAnsi="Lato"/>
          <w:b w:val="0"/>
          <w:i/>
          <w:color w:val="404040"/>
          <w:sz w:val="19"/>
        </w:rPr>
        <w:t>Java is compiled once into bytecode, and the bytecode runs on any computer that has a Java Virtual Machine.</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how Java is compiled to bytecode that runs on a Java Virtual Machine, what makes a Java program portable, and give two other reasons schools and companies use Java.</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true-or-false checks.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B07 True or False,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“Bytecode and the Java Virtual Machine” with class questions, Figure 1, and the discussion form in the right panel.</w:t>
            </w:r>
          </w:p>
          <w:p>
            <w:pPr>
              <w:spacing w:before="0" w:after="20" w:line="264" w:lineRule="auto"/>
              <w:ind w:left="317" w:hanging="230"/>
            </w:pPr>
            <w:r>
              <w:rPr>
                <w:rFonts w:ascii="Lato" w:hAnsi="Lato"/>
                <w:b w:val="0"/>
                <w:i w:val="0"/>
                <w:sz w:val="19"/>
              </w:rPr>
              <w:t>• We Do deck: Reading 2 “True or False: How a Computer Checks” with the classwork form, then the bench slide.</w:t>
            </w:r>
          </w:p>
          <w:p>
            <w:pPr>
              <w:spacing w:before="0" w:after="20" w:line="264" w:lineRule="auto"/>
              <w:ind w:left="317" w:hanging="230"/>
            </w:pPr>
            <w:r>
              <w:rPr>
                <w:rFonts w:ascii="Lato" w:hAnsi="Lato"/>
                <w:b w:val="0"/>
                <w:i w:val="0"/>
                <w:sz w:val="19"/>
              </w:rPr>
              <w:t>• Bench Basics B07 “True or False” at muggsofcompsci.net/cs1/bench/b07.</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bytecode · Java Virtual Machine · portable</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Yesterday you learned that Java was built so that code would not have to be rewritten for every kind of device. Today you see how it does that, and why so many schools and companies still choose it.</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Windows laptop, a Mac and a server in a bank all have different chips inside. A company wants one program to run on all three. Name two different ways the company could make that happen.</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“Bytecode and the Java Virtual Machine”, about 810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One Program and Many Chips</w:t>
            </w:r>
          </w:p>
          <w:p>
            <w:pPr>
              <w:spacing w:before="0" w:after="20" w:line="264" w:lineRule="auto"/>
              <w:ind w:left="317" w:hanging="230"/>
            </w:pPr>
            <w:r>
              <w:rPr>
                <w:rFonts w:ascii="Lato" w:hAnsi="Lato"/>
                <w:b w:val="0"/>
                <w:i w:val="0"/>
                <w:sz w:val="19"/>
              </w:rPr>
              <w:t>• How Java Uses Bytecode</w:t>
            </w:r>
          </w:p>
          <w:p>
            <w:pPr>
              <w:spacing w:before="0" w:after="20" w:line="264" w:lineRule="auto"/>
              <w:ind w:left="317" w:hanging="230"/>
            </w:pPr>
            <w:r>
              <w:rPr>
                <w:rFonts w:ascii="Lato" w:hAnsi="Lato"/>
                <w:b w:val="0"/>
                <w:i w:val="0"/>
                <w:sz w:val="19"/>
              </w:rPr>
              <w:t>• The Java Virtual Machine</w:t>
            </w:r>
          </w:p>
          <w:p>
            <w:pPr>
              <w:spacing w:before="0" w:after="20" w:line="264" w:lineRule="auto"/>
              <w:ind w:left="317" w:hanging="230"/>
            </w:pPr>
            <w:r>
              <w:rPr>
                <w:rFonts w:ascii="Lato" w:hAnsi="Lato"/>
                <w:b w:val="0"/>
                <w:i w:val="0"/>
                <w:sz w:val="19"/>
              </w:rPr>
              <w:t>• Other Reasons People Choose Java</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bytecode</w:t>
            </w:r>
            <w:r>
              <w:rPr>
                <w:rFonts w:ascii="Lato" w:hAnsi="Lato"/>
                <w:b w:val="0"/>
                <w:i w:val="0"/>
                <w:sz w:val="19"/>
              </w:rPr>
              <w:t xml:space="preserve"> · The Java compiler reads Main.java and makes Main.class. What is inside Main.class, and who wrote it?</w:t>
            </w:r>
          </w:p>
          <w:p>
            <w:pPr>
              <w:spacing w:before="0" w:after="20" w:line="264" w:lineRule="auto"/>
              <w:ind w:left="317" w:hanging="230"/>
            </w:pPr>
            <w:r>
              <w:rPr>
                <w:rFonts w:ascii="Lato" w:hAnsi="Lato"/>
                <w:b w:val="0"/>
                <w:i w:val="0"/>
                <w:sz w:val="19"/>
              </w:rPr>
              <w:t xml:space="preserve">2. </w:t>
            </w:r>
            <w:r>
              <w:rPr>
                <w:rFonts w:ascii="Lato" w:hAnsi="Lato"/>
                <w:b w:val="0"/>
                <w:i/>
                <w:sz w:val="19"/>
              </w:rPr>
              <w:t>notebook cue: Java Virtual Machine</w:t>
            </w:r>
            <w:r>
              <w:rPr>
                <w:rFonts w:ascii="Lato" w:hAnsi="Lato"/>
                <w:b w:val="0"/>
                <w:i w:val="0"/>
                <w:sz w:val="19"/>
              </w:rPr>
              <w:t xml:space="preserve"> · The same Main.class file runs on a Windows laptop and on a Mac. What does each computer need installed, and what does that program do?</w:t>
            </w:r>
          </w:p>
          <w:p>
            <w:pPr>
              <w:spacing w:before="0" w:after="20" w:line="264" w:lineRule="auto"/>
              <w:ind w:left="317" w:hanging="230"/>
            </w:pPr>
            <w:r>
              <w:rPr>
                <w:rFonts w:ascii="Lato" w:hAnsi="Lato"/>
                <w:b w:val="0"/>
                <w:i w:val="0"/>
                <w:sz w:val="19"/>
              </w:rPr>
              <w:t xml:space="preserve">3. </w:t>
            </w:r>
            <w:r>
              <w:rPr>
                <w:rFonts w:ascii="Lato" w:hAnsi="Lato"/>
                <w:b w:val="0"/>
                <w:i/>
                <w:sz w:val="19"/>
              </w:rPr>
              <w:t>notebook cue: portable</w:t>
            </w:r>
            <w:r>
              <w:rPr>
                <w:rFonts w:ascii="Lato" w:hAnsi="Lato"/>
                <w:b w:val="0"/>
                <w:i w:val="0"/>
                <w:sz w:val="19"/>
              </w:rPr>
              <w:t xml:space="preserve"> · Why is a Java program called portable, when a program compiled straight for one chip is not?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compiler turns Main.java into one Main.class file of bytecode, and the same file runs on a Windows laptop, a Mac and a Linux server, each with its own Java Virtual Machine.</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lists two ways to get one program running on three different computers, and agrees on which way would take less work if there were a hundred kinds of computers instead of three.</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Write and compile the program three times, once for each kind of chip.</w:t>
            </w:r>
          </w:p>
          <w:p>
            <w:pPr>
              <w:spacing w:before="0" w:after="20" w:line="264" w:lineRule="auto"/>
              <w:ind w:left="317" w:hanging="230"/>
            </w:pPr>
            <w:r>
              <w:rPr>
                <w:rFonts w:ascii="Lato" w:hAnsi="Lato"/>
                <w:b w:val="0"/>
                <w:i w:val="0"/>
                <w:sz w:val="19"/>
              </w:rPr>
              <w:t>2. Compile it once into an in-between form, and put a program on each computer that runs that form.</w:t>
            </w:r>
          </w:p>
          <w:p>
            <w:pPr>
              <w:spacing w:before="0" w:after="20" w:line="264" w:lineRule="auto"/>
              <w:ind w:left="317" w:hanging="230"/>
            </w:pPr>
            <w:r>
              <w:rPr>
                <w:rFonts w:ascii="Lato" w:hAnsi="Lato"/>
                <w:b w:val="0"/>
                <w:i w:val="0"/>
                <w:sz w:val="19"/>
              </w:rPr>
              <w:t>3. Nothing is needed. Every computer can run every program.</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Java bytecode runs only on the kind of computer it was compiled on.</w:t>
            </w:r>
          </w:p>
          <w:p>
            <w:pPr>
              <w:spacing w:before="0" w:after="20" w:line="264" w:lineRule="auto"/>
              <w:ind w:left="317" w:hanging="230"/>
            </w:pPr>
            <w:r>
              <w:rPr>
                <w:rFonts w:ascii="Lato" w:hAnsi="Lato"/>
                <w:b w:val="0"/>
                <w:i w:val="0"/>
                <w:sz w:val="19"/>
              </w:rPr>
              <w:t>2. The Java Virtual Machine is a program.</w:t>
            </w:r>
          </w:p>
          <w:p>
            <w:pPr>
              <w:spacing w:before="0" w:after="20" w:line="264" w:lineRule="auto"/>
              <w:ind w:left="317" w:hanging="230"/>
            </w:pPr>
            <w:r>
              <w:rPr>
                <w:rFonts w:ascii="Lato" w:hAnsi="Lato"/>
                <w:b w:val="0"/>
                <w:i w:val="0"/>
                <w:sz w:val="19"/>
              </w:rPr>
              <w:t>3. Java's compiler can catch some mistakes before the program runs.</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“True or False: How a Computer Checks”, a reading of about 350 words. Work the first part aloud, then students work it on their own.</w:t>
            </w:r>
          </w:p>
          <w:p>
            <w:pPr>
              <w:spacing w:before="0" w:after="20" w:line="264" w:lineRule="auto"/>
              <w:ind w:left="317" w:hanging="230"/>
            </w:pPr>
            <w:r>
              <w:rPr>
                <w:rFonts w:ascii="Lato" w:hAnsi="Lato"/>
                <w:b w:val="0"/>
                <w:i w:val="0"/>
                <w:sz w:val="19"/>
              </w:rPr>
              <w:t>• Comparing Two Numbers</w:t>
            </w:r>
          </w:p>
          <w:p>
            <w:pPr>
              <w:spacing w:before="0" w:after="20" w:line="264" w:lineRule="auto"/>
              <w:ind w:left="317" w:hanging="230"/>
            </w:pPr>
            <w:r>
              <w:rPr>
                <w:rFonts w:ascii="Lato" w:hAnsi="Lato"/>
                <w:b w:val="0"/>
                <w:i w:val="0"/>
                <w:sz w:val="19"/>
              </w:rPr>
              <w:t>• Joining Checks with And, Or and Not</w:t>
            </w:r>
          </w:p>
          <w:p>
            <w:pPr>
              <w:spacing w:before="0" w:after="20" w:line="264" w:lineRule="auto"/>
              <w:ind w:left="317" w:hanging="230"/>
            </w:pPr>
            <w:r>
              <w:rPr>
                <w:rFonts w:ascii="Lato" w:hAnsi="Lato"/>
                <w:b w:val="0"/>
                <w:i w:val="0"/>
                <w:sz w:val="19"/>
              </w:rPr>
              <w:t>• Inclusive Ranges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What is bytecode?</w:t>
            </w:r>
          </w:p>
          <w:p>
            <w:pPr>
              <w:spacing w:before="0" w:after="20" w:line="264" w:lineRule="auto"/>
              <w:ind w:left="317" w:hanging="230"/>
            </w:pPr>
            <w:r>
              <w:rPr>
                <w:rFonts w:ascii="Lato" w:hAnsi="Lato"/>
                <w:b w:val="0"/>
                <w:i w:val="0"/>
                <w:sz w:val="19"/>
              </w:rPr>
              <w:t>• MC 2 · What does the Java Virtual Machine do?</w:t>
            </w:r>
          </w:p>
          <w:p>
            <w:pPr>
              <w:spacing w:before="0" w:after="20" w:line="264" w:lineRule="auto"/>
              <w:ind w:left="317" w:hanging="230"/>
            </w:pPr>
            <w:r>
              <w:rPr>
                <w:rFonts w:ascii="Lato" w:hAnsi="Lato"/>
                <w:b w:val="0"/>
                <w:i w:val="0"/>
                <w:sz w:val="19"/>
              </w:rPr>
              <w:t>• MC 3 · In today's passage, what does it mean for a program to be portable?</w:t>
            </w:r>
          </w:p>
          <w:p>
            <w:pPr>
              <w:spacing w:before="0" w:after="20" w:line="264" w:lineRule="auto"/>
              <w:ind w:left="317" w:hanging="230"/>
            </w:pPr>
            <w:r>
              <w:rPr>
                <w:rFonts w:ascii="Lato" w:hAnsi="Lato"/>
                <w:b w:val="0"/>
                <w:i w:val="0"/>
                <w:sz w:val="19"/>
              </w:rPr>
              <w:t>• MC 4 · Which is one reason besides portability that people choose Java, according to the passage?</w:t>
            </w:r>
          </w:p>
          <w:p>
            <w:pPr>
              <w:spacing w:before="0" w:after="20" w:line="264" w:lineRule="auto"/>
              <w:ind w:left="317" w:hanging="230"/>
            </w:pPr>
            <w:r>
              <w:rPr>
                <w:rFonts w:ascii="Lato" w:hAnsi="Lato"/>
                <w:b w:val="0"/>
                <w:i w:val="0"/>
                <w:sz w:val="19"/>
              </w:rPr>
              <w:t>• MC 5 · Is the check n &lt; 30 true or false?</w:t>
            </w:r>
          </w:p>
          <w:p>
            <w:pPr>
              <w:spacing w:before="0" w:after="20" w:line="264" w:lineRule="auto"/>
              <w:ind w:left="317" w:hanging="230"/>
            </w:pPr>
            <w:r>
              <w:rPr>
                <w:rFonts w:ascii="Lato" w:hAnsi="Lato"/>
                <w:b w:val="0"/>
                <w:i w:val="0"/>
                <w:sz w:val="19"/>
              </w:rPr>
              <w:t>• MC 6 · Is the check t &lt;= 45 true or false?</w:t>
            </w:r>
          </w:p>
          <w:p>
            <w:pPr>
              <w:spacing w:before="0" w:after="20" w:line="264" w:lineRule="auto"/>
              <w:ind w:left="317" w:hanging="230"/>
            </w:pPr>
            <w:r>
              <w:rPr>
                <w:rFonts w:ascii="Lato" w:hAnsi="Lato"/>
                <w:b w:val="0"/>
                <w:i w:val="0"/>
                <w:sz w:val="19"/>
              </w:rPr>
              <w:t>• MC 7 · Is the check p &gt; 10 and p &gt; 15 true or false?</w:t>
            </w:r>
          </w:p>
          <w:p>
            <w:pPr>
              <w:spacing w:before="0" w:after="20" w:line="264" w:lineRule="auto"/>
              <w:ind w:left="317" w:hanging="230"/>
            </w:pPr>
            <w:r>
              <w:rPr>
                <w:rFonts w:ascii="Lato" w:hAnsi="Lato"/>
                <w:b w:val="0"/>
                <w:i w:val="0"/>
                <w:sz w:val="19"/>
              </w:rPr>
              <w:t>• MC 8 · Is the check d &lt; 5 or d &gt; 8 true or false?</w:t>
            </w:r>
          </w:p>
          <w:p>
            <w:pPr>
              <w:spacing w:before="0" w:after="20" w:line="264" w:lineRule="auto"/>
              <w:ind w:left="317" w:hanging="230"/>
            </w:pPr>
            <w:r>
              <w:rPr>
                <w:rFonts w:ascii="Lato" w:hAnsi="Lato"/>
                <w:b w:val="0"/>
                <w:i w:val="0"/>
                <w:sz w:val="19"/>
              </w:rPr>
              <w:t>• MC 9 · Is the check not (k &gt;= 9) true or false?</w:t>
            </w:r>
          </w:p>
          <w:p>
            <w:pPr>
              <w:spacing w:before="0" w:after="20" w:line="264" w:lineRule="auto"/>
              <w:ind w:left="317" w:hanging="230"/>
            </w:pPr>
            <w:r>
              <w:rPr>
                <w:rFonts w:ascii="Lato" w:hAnsi="Lato"/>
                <w:b w:val="0"/>
                <w:i w:val="0"/>
                <w:sz w:val="19"/>
              </w:rPr>
              <w:t>• MC 10 · Which check matches "a number from 30 to 40, inclusive"?</w:t>
            </w:r>
          </w:p>
          <w:p>
            <w:pPr>
              <w:spacing w:before="0" w:after="20" w:line="264" w:lineRule="auto"/>
              <w:ind w:left="317" w:hanging="230"/>
            </w:pPr>
            <w:r>
              <w:rPr>
                <w:rFonts w:ascii="Lato" w:hAnsi="Lato"/>
                <w:b w:val="0"/>
                <w:i w:val="0"/>
                <w:sz w:val="19"/>
              </w:rPr>
              <w:t>• CR 1 · Mark each of the four checks below true or false, and give the reason for each one in a sentence.</w:t>
            </w:r>
          </w:p>
          <w:p>
            <w:pPr>
              <w:spacing w:before="0" w:after="20" w:line="264" w:lineRule="auto"/>
              <w:ind w:left="317" w:hanging="230"/>
            </w:pPr>
            <w:r>
              <w:rPr>
                <w:rFonts w:ascii="Lato" w:hAnsi="Lato"/>
                <w:b w:val="0"/>
                <w:i w:val="0"/>
                <w:sz w:val="19"/>
              </w:rPr>
              <w:t>• CR 2 · Explain in two sentences how one Main.class file can run on a Windows laptop and on a Mac.</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Write the check for that range using a box named temp.</w:t>
            </w:r>
          </w:p>
          <w:p>
            <w:pPr>
              <w:spacing w:before="0" w:after="20" w:line="264" w:lineRule="auto"/>
              <w:ind w:left="317" w:hanging="230"/>
            </w:pPr>
            <w:r>
              <w:rPr>
                <w:rFonts w:ascii="Lato" w:hAnsi="Lato"/>
                <w:b w:val="0"/>
                <w:i w:val="0"/>
                <w:sz w:val="19"/>
              </w:rPr>
              <w:t>• CR 4 · A company has a program compiled straight for one kind of chip, and it wants the program on a second kind of computer.</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B07 · True or False</w:t>
            </w:r>
          </w:p>
        </w:tc>
        <w:tc>
          <w:tcPr>
            <w:tcW w:type="dxa" w:w="9000"/>
          </w:tcPr>
          <w:p>
            <w:pPr>
              <w:spacing w:before="0" w:after="40" w:line="264" w:lineRule="auto"/>
            </w:pPr>
            <w:r>
              <w:rPr>
                <w:rFonts w:ascii="Lato" w:hAnsi="Lato"/>
                <w:b w:val="0"/>
                <w:i w:val="0"/>
                <w:sz w:val="19"/>
              </w:rPr>
              <w:t>and, or, not in plain English; &lt;, &lt;=, &gt;, &gt;=; "between 10 and 20, inclusive".</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Java is compiled to bytecode. What runs the bytecode, and why does that make the program portable?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box holds t ← 18. Is t &gt;= 10 and t &lt; 18 true or false? Check each side and explain.</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chess program is written in Java and compiled once. The same file runs on a school Chromebook's Linux side and on a Windows desktop. Use the words bytecode and Java Virtual Machine to explain how.</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ASVAB sign-up, subset out.</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ASVAB sign-up. A subset of students is out. Thursday's passage restates bytecode and the Java Virtual Machine in its first paragraph.</w:t>
            </w:r>
          </w:p>
          <w:p>
            <w:pPr>
              <w:spacing w:before="0" w:after="20" w:line="264" w:lineRule="auto"/>
              <w:ind w:left="317" w:hanging="230"/>
            </w:pPr>
            <w:r>
              <w:rPr>
                <w:rFonts w:ascii="Lato" w:hAnsi="Lato"/>
                <w:b w:val="0"/>
                <w:i w:val="0"/>
                <w:sz w:val="19"/>
              </w:rPr>
              <w:t>• Bench. B07 has no Java. Its "between 10 and 20, inclusive" job uses different numbers from Reading 2's 70 to 79, so the reading does not give the bench answers away.</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Oct 29 · Where Java Runs</w:t>
      </w:r>
    </w:p>
    <w:p>
      <w:pPr>
        <w:spacing w:before="0" w:after="80" w:line="264" w:lineRule="auto"/>
      </w:pPr>
      <w:r>
        <w:rPr>
          <w:rFonts w:ascii="Lato" w:hAnsi="Lato"/>
          <w:b w:val="0"/>
          <w:i/>
          <w:color w:val="404040"/>
          <w:sz w:val="19"/>
        </w:rPr>
        <w:t>Much of Java runs where users never see it: in back ends, including the systems that package AI.</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name places Java runs, tell an application's front end from its back end, explain what a library is, and describe Java's part in packaging AI.</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counting from 0.</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B08 Count from 0,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“Where Java Runs” with class questions, Figure 1, and the discussion form in the right panel.</w:t>
            </w:r>
          </w:p>
          <w:p>
            <w:pPr>
              <w:spacing w:before="0" w:after="20" w:line="264" w:lineRule="auto"/>
              <w:ind w:left="317" w:hanging="230"/>
            </w:pPr>
            <w:r>
              <w:rPr>
                <w:rFonts w:ascii="Lato" w:hAnsi="Lato"/>
                <w:b w:val="0"/>
                <w:i w:val="0"/>
                <w:sz w:val="19"/>
              </w:rPr>
              <w:t>• We Do deck: Reading 2 “Count from 0” with the classwork form, then the bench slide.</w:t>
            </w:r>
          </w:p>
          <w:p>
            <w:pPr>
              <w:spacing w:before="0" w:after="20" w:line="264" w:lineRule="auto"/>
              <w:ind w:left="317" w:hanging="230"/>
            </w:pPr>
            <w:r>
              <w:rPr>
                <w:rFonts w:ascii="Lato" w:hAnsi="Lato"/>
                <w:b w:val="0"/>
                <w:i w:val="0"/>
                <w:sz w:val="19"/>
              </w:rPr>
              <w:t>• Bench Basics B08 “Count from 0” at muggsofcompsci.net/cs1/bench/b08.</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application · back end · library</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You now know where Java came from and why people chose it. Today you look at where it actually runs, including places you never see, such as the systems that package AI.</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Name one app or website you used this week. Do you think any Java was running somewhere when you used it? Answer yes or no, and name where it might have been running.</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“Where Java Runs”,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Applications and Their Back Ends</w:t>
            </w:r>
          </w:p>
          <w:p>
            <w:pPr>
              <w:spacing w:before="0" w:after="20" w:line="264" w:lineRule="auto"/>
              <w:ind w:left="317" w:hanging="230"/>
            </w:pPr>
            <w:r>
              <w:rPr>
                <w:rFonts w:ascii="Lato" w:hAnsi="Lato"/>
                <w:b w:val="0"/>
                <w:i w:val="0"/>
                <w:sz w:val="19"/>
              </w:rPr>
              <w:t>• Places Java Runs</w:t>
            </w:r>
          </w:p>
          <w:p>
            <w:pPr>
              <w:spacing w:before="0" w:after="20" w:line="264" w:lineRule="auto"/>
              <w:ind w:left="317" w:hanging="230"/>
            </w:pPr>
            <w:r>
              <w:rPr>
                <w:rFonts w:ascii="Lato" w:hAnsi="Lato"/>
                <w:b w:val="0"/>
                <w:i w:val="0"/>
                <w:sz w:val="19"/>
              </w:rPr>
              <w:t>• Libraries</w:t>
            </w:r>
          </w:p>
          <w:p>
            <w:pPr>
              <w:spacing w:before="0" w:after="20" w:line="264" w:lineRule="auto"/>
              <w:ind w:left="317" w:hanging="230"/>
            </w:pPr>
            <w:r>
              <w:rPr>
                <w:rFonts w:ascii="Lato" w:hAnsi="Lato"/>
                <w:b w:val="0"/>
                <w:i w:val="0"/>
                <w:sz w:val="19"/>
              </w:rPr>
              <w:t>• Java in an AI Tool</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application</w:t>
            </w:r>
            <w:r>
              <w:rPr>
                <w:rFonts w:ascii="Lato" w:hAnsi="Lato"/>
                <w:b w:val="0"/>
                <w:i w:val="0"/>
                <w:sz w:val="19"/>
              </w:rPr>
              <w:t xml:space="preserve"> · A student opens a banking app to check a balance. What makes the banking app an application?</w:t>
            </w:r>
          </w:p>
          <w:p>
            <w:pPr>
              <w:spacing w:before="0" w:after="20" w:line="264" w:lineRule="auto"/>
              <w:ind w:left="317" w:hanging="230"/>
            </w:pPr>
            <w:r>
              <w:rPr>
                <w:rFonts w:ascii="Lato" w:hAnsi="Lato"/>
                <w:b w:val="0"/>
                <w:i w:val="0"/>
                <w:sz w:val="19"/>
              </w:rPr>
              <w:t xml:space="preserve">2. </w:t>
            </w:r>
            <w:r>
              <w:rPr>
                <w:rFonts w:ascii="Lato" w:hAnsi="Lato"/>
                <w:b w:val="0"/>
                <w:i/>
                <w:sz w:val="19"/>
              </w:rPr>
              <w:t>notebook cue: back end</w:t>
            </w:r>
            <w:r>
              <w:rPr>
                <w:rFonts w:ascii="Lato" w:hAnsi="Lato"/>
                <w:b w:val="0"/>
                <w:i w:val="0"/>
                <w:sz w:val="19"/>
              </w:rPr>
              <w:t xml:space="preserve"> · In an AI tool, which part adds the system prompt and sends the request to the model: the front end or the back end? Where does that part run?</w:t>
            </w:r>
          </w:p>
          <w:p>
            <w:pPr>
              <w:spacing w:before="0" w:after="20" w:line="264" w:lineRule="auto"/>
              <w:ind w:left="317" w:hanging="230"/>
            </w:pPr>
            <w:r>
              <w:rPr>
                <w:rFonts w:ascii="Lato" w:hAnsi="Lato"/>
                <w:b w:val="0"/>
                <w:i w:val="0"/>
                <w:sz w:val="19"/>
              </w:rPr>
              <w:t xml:space="preserve">3. </w:t>
            </w:r>
            <w:r>
              <w:rPr>
                <w:rFonts w:ascii="Lato" w:hAnsi="Lato"/>
                <w:b w:val="0"/>
                <w:i/>
                <w:sz w:val="19"/>
              </w:rPr>
              <w:t>notebook cue: library</w:t>
            </w:r>
            <w:r>
              <w:rPr>
                <w:rFonts w:ascii="Lato" w:hAnsi="Lato"/>
                <w:b w:val="0"/>
                <w:i w:val="0"/>
                <w:sz w:val="19"/>
              </w:rPr>
              <w:t xml:space="preserve"> · A programmer uses LangChain4j instead of writing her own code for calling a model. What is LangChain4j, and what does it save her?</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In an AI tool, the front end on the screen sends the question to the back end on a server. The back end adds the system prompt and uses a library to call the model. Java also runs in Android apps, bank back ends, big-data tools and Minecraft: Java Edition.</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picks one app that everyone has used, agrees on whether Java was likely running somewhere behind it, and names the place.</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No. Java is old, and the apps I use do not run it anymore.</w:t>
            </w:r>
          </w:p>
          <w:p>
            <w:pPr>
              <w:spacing w:before="0" w:after="20" w:line="264" w:lineRule="auto"/>
              <w:ind w:left="317" w:hanging="230"/>
            </w:pPr>
            <w:r>
              <w:rPr>
                <w:rFonts w:ascii="Lato" w:hAnsi="Lato"/>
                <w:b w:val="0"/>
                <w:i w:val="0"/>
                <w:sz w:val="19"/>
              </w:rPr>
              <w:t>2. Yes, probably. It may not be on my screen, but it is likely running in the back end on a server.</w:t>
            </w:r>
          </w:p>
          <w:p>
            <w:pPr>
              <w:spacing w:before="0" w:after="20" w:line="264" w:lineRule="auto"/>
              <w:ind w:left="317" w:hanging="230"/>
            </w:pPr>
            <w:r>
              <w:rPr>
                <w:rFonts w:ascii="Lato" w:hAnsi="Lato"/>
                <w:b w:val="0"/>
                <w:i w:val="0"/>
                <w:sz w:val="19"/>
              </w:rPr>
              <w:t>3. Only if the app shows a Java logo somewhere on the screen.</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Most AI models are trained using Java.</w:t>
            </w:r>
          </w:p>
          <w:p>
            <w:pPr>
              <w:spacing w:before="0" w:after="20" w:line="264" w:lineRule="auto"/>
              <w:ind w:left="317" w:hanging="230"/>
            </w:pPr>
            <w:r>
              <w:rPr>
                <w:rFonts w:ascii="Lato" w:hAnsi="Lato"/>
                <w:b w:val="0"/>
                <w:i w:val="0"/>
                <w:sz w:val="19"/>
              </w:rPr>
              <w:t>2. The back end of an application runs on servers that the user does not see.</w:t>
            </w:r>
          </w:p>
          <w:p>
            <w:pPr>
              <w:spacing w:before="0" w:after="20" w:line="264" w:lineRule="auto"/>
              <w:ind w:left="317" w:hanging="230"/>
            </w:pPr>
            <w:r>
              <w:rPr>
                <w:rFonts w:ascii="Lato" w:hAnsi="Lato"/>
                <w:b w:val="0"/>
                <w:i w:val="0"/>
                <w:sz w:val="19"/>
              </w:rPr>
              <w:t>3. A library is code that someone else wrote, which a program can use.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“Count from 0”, a reading of about 340 words. Work the first part aloud, then students work it on their own.</w:t>
            </w:r>
          </w:p>
          <w:p>
            <w:pPr>
              <w:spacing w:before="0" w:after="20" w:line="264" w:lineRule="auto"/>
              <w:ind w:left="317" w:hanging="230"/>
            </w:pPr>
            <w:r>
              <w:rPr>
                <w:rFonts w:ascii="Lato" w:hAnsi="Lato"/>
                <w:b w:val="0"/>
                <w:i w:val="0"/>
                <w:sz w:val="19"/>
              </w:rPr>
              <w:t>• Positions</w:t>
            </w:r>
          </w:p>
          <w:p>
            <w:pPr>
              <w:spacing w:before="0" w:after="20" w:line="264" w:lineRule="auto"/>
              <w:ind w:left="317" w:hanging="230"/>
            </w:pPr>
            <w:r>
              <w:rPr>
                <w:rFonts w:ascii="Lato" w:hAnsi="Lato"/>
                <w:b w:val="0"/>
                <w:i w:val="0"/>
                <w:sz w:val="19"/>
              </w:rPr>
              <w:t>• Ranges That Stop One Short</w:t>
            </w:r>
          </w:p>
          <w:p>
            <w:pPr>
              <w:spacing w:before="0" w:after="20" w:line="264" w:lineRule="auto"/>
              <w:ind w:left="317" w:hanging="230"/>
            </w:pPr>
            <w:r>
              <w:rPr>
                <w:rFonts w:ascii="Lato" w:hAnsi="Lato"/>
                <w:b w:val="0"/>
                <w:i w:val="0"/>
                <w:sz w:val="19"/>
              </w:rPr>
              <w:t>• Two Mistakes to Check</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of these is an application?</w:t>
            </w:r>
          </w:p>
          <w:p>
            <w:pPr>
              <w:spacing w:before="0" w:after="20" w:line="264" w:lineRule="auto"/>
              <w:ind w:left="317" w:hanging="230"/>
            </w:pPr>
            <w:r>
              <w:rPr>
                <w:rFonts w:ascii="Lato" w:hAnsi="Lato"/>
                <w:b w:val="0"/>
                <w:i w:val="0"/>
                <w:sz w:val="19"/>
              </w:rPr>
              <w:t>• MC 2 · Which part of the app is the back end?</w:t>
            </w:r>
          </w:p>
          <w:p>
            <w:pPr>
              <w:spacing w:before="0" w:after="20" w:line="264" w:lineRule="auto"/>
              <w:ind w:left="317" w:hanging="230"/>
            </w:pPr>
            <w:r>
              <w:rPr>
                <w:rFonts w:ascii="Lato" w:hAnsi="Lato"/>
                <w:b w:val="0"/>
                <w:i w:val="0"/>
                <w:sz w:val="19"/>
              </w:rPr>
              <w:t>• MC 3 · In Java, what is a library?</w:t>
            </w:r>
          </w:p>
          <w:p>
            <w:pPr>
              <w:spacing w:before="0" w:after="20" w:line="264" w:lineRule="auto"/>
              <w:ind w:left="317" w:hanging="230"/>
            </w:pPr>
            <w:r>
              <w:rPr>
                <w:rFonts w:ascii="Lato" w:hAnsi="Lato"/>
                <w:b w:val="0"/>
                <w:i w:val="0"/>
                <w:sz w:val="19"/>
              </w:rPr>
              <w:t>• MC 4 · In an AI tool, where can Java run, and where is Python more common?</w:t>
            </w:r>
          </w:p>
          <w:p>
            <w:pPr>
              <w:spacing w:before="0" w:after="20" w:line="264" w:lineRule="auto"/>
              <w:ind w:left="317" w:hanging="230"/>
            </w:pPr>
            <w:r>
              <w:rPr>
                <w:rFonts w:ascii="Lato" w:hAnsi="Lato"/>
                <w:b w:val="0"/>
                <w:i w:val="0"/>
                <w:sz w:val="19"/>
              </w:rPr>
              <w:t>• MC 5 · In the word CANDLE, what is the position of the first letter, C?</w:t>
            </w:r>
          </w:p>
          <w:p>
            <w:pPr>
              <w:spacing w:before="0" w:after="20" w:line="264" w:lineRule="auto"/>
              <w:ind w:left="317" w:hanging="230"/>
            </w:pPr>
            <w:r>
              <w:rPr>
                <w:rFonts w:ascii="Lato" w:hAnsi="Lato"/>
                <w:b w:val="0"/>
                <w:i w:val="0"/>
                <w:sz w:val="19"/>
              </w:rPr>
              <w:t>• MC 6 · In the word GARDEN, which letter is at position 2?</w:t>
            </w:r>
          </w:p>
          <w:p>
            <w:pPr>
              <w:spacing w:before="0" w:after="20" w:line="264" w:lineRule="auto"/>
              <w:ind w:left="317" w:hanging="230"/>
            </w:pPr>
            <w:r>
              <w:rPr>
                <w:rFonts w:ascii="Lato" w:hAnsi="Lato"/>
                <w:b w:val="0"/>
                <w:i w:val="0"/>
                <w:sz w:val="19"/>
              </w:rPr>
              <w:t>• MC 7 · What is the position of its last letter, N?</w:t>
            </w:r>
          </w:p>
          <w:p>
            <w:pPr>
              <w:spacing w:before="0" w:after="20" w:line="264" w:lineRule="auto"/>
              <w:ind w:left="317" w:hanging="230"/>
            </w:pPr>
            <w:r>
              <w:rPr>
                <w:rFonts w:ascii="Lato" w:hAnsi="Lato"/>
                <w:b w:val="0"/>
                <w:i w:val="0"/>
                <w:sz w:val="19"/>
              </w:rPr>
              <w:t>• MC 8 · In the word MARKET, which letters are in the range from 1 up to but not including 4?</w:t>
            </w:r>
          </w:p>
          <w:p>
            <w:pPr>
              <w:spacing w:before="0" w:after="20" w:line="264" w:lineRule="auto"/>
              <w:ind w:left="317" w:hanging="230"/>
            </w:pPr>
            <w:r>
              <w:rPr>
                <w:rFonts w:ascii="Lato" w:hAnsi="Lato"/>
                <w:b w:val="0"/>
                <w:i w:val="0"/>
                <w:sz w:val="19"/>
              </w:rPr>
              <w:t>• MC 9 · How many letters does the range from 2 up to but not including 7 hold?</w:t>
            </w:r>
          </w:p>
          <w:p>
            <w:pPr>
              <w:spacing w:before="0" w:after="20" w:line="264" w:lineRule="auto"/>
              <w:ind w:left="317" w:hanging="230"/>
            </w:pPr>
            <w:r>
              <w:rPr>
                <w:rFonts w:ascii="Lato" w:hAnsi="Lato"/>
                <w:b w:val="0"/>
                <w:i w:val="0"/>
                <w:sz w:val="19"/>
              </w:rPr>
              <w:t>• MC 10 · In the word FOREST, which range gives exactly the letters R, E and S?</w:t>
            </w:r>
          </w:p>
          <w:p>
            <w:pPr>
              <w:spacing w:before="0" w:after="20" w:line="264" w:lineRule="auto"/>
              <w:ind w:left="317" w:hanging="230"/>
            </w:pPr>
            <w:r>
              <w:rPr>
                <w:rFonts w:ascii="Lato" w:hAnsi="Lato"/>
                <w:b w:val="0"/>
                <w:i w:val="0"/>
                <w:sz w:val="19"/>
              </w:rPr>
              <w:t>• CR 1 · Number the positions of the word WEATHER, starting at 0.</w:t>
            </w:r>
          </w:p>
          <w:p>
            <w:pPr>
              <w:spacing w:before="0" w:after="20" w:line="264" w:lineRule="auto"/>
              <w:ind w:left="317" w:hanging="230"/>
            </w:pPr>
            <w:r>
              <w:rPr>
                <w:rFonts w:ascii="Lato" w:hAnsi="Lato"/>
                <w:b w:val="0"/>
                <w:i w:val="0"/>
                <w:sz w:val="19"/>
              </w:rPr>
              <w:t>• CR 2 · In two sentences, explain what a back end does in an AI tool.</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Write the range "from a up to but not including b" that gives exactly the letters S, T and E.</w:t>
            </w:r>
          </w:p>
          <w:p>
            <w:pPr>
              <w:spacing w:before="0" w:after="20" w:line="264" w:lineRule="auto"/>
              <w:ind w:left="317" w:hanging="230"/>
            </w:pPr>
            <w:r>
              <w:rPr>
                <w:rFonts w:ascii="Lato" w:hAnsi="Lato"/>
                <w:b w:val="0"/>
                <w:i w:val="0"/>
                <w:sz w:val="19"/>
              </w:rPr>
              <w:t>• CR 4 · Pick an app you use.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B08 · Count from 0</w:t>
            </w:r>
          </w:p>
        </w:tc>
        <w:tc>
          <w:tcPr>
            <w:tcW w:type="dxa" w:w="9000"/>
          </w:tcPr>
          <w:p>
            <w:pPr>
              <w:spacing w:before="0" w:after="40" w:line="264" w:lineRule="auto"/>
            </w:pPr>
            <w:r>
              <w:rPr>
                <w:rFonts w:ascii="Lato" w:hAnsi="Lato"/>
                <w:b w:val="0"/>
                <w:i w:val="0"/>
                <w:sz w:val="19"/>
              </w:rPr>
              <w:t>positions in a word counted from 0; ranges that stop one short ("from 2 up to but not including 5").</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In an AI tool, what does the back end do, and why can it be written in Java even when the model was built with Python?</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In the word HARBOR, which letter is at position 3? Which letters are in the range from 1 up to but not including 4?</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pharmacy app tells a customer when a prescription is ready. Name the application, one job its back end does, and one thing a library might do for its programmers.</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Absent Wednesday. The passage's first paragraph restates bytecode and the Java Virtual Machine, so students out for the ASVAB sign-up can follow.</w:t>
            </w:r>
          </w:p>
          <w:p>
            <w:pPr>
              <w:spacing w:before="0" w:after="20" w:line="264" w:lineRule="auto"/>
              <w:ind w:left="317" w:hanging="230"/>
            </w:pPr>
            <w:r>
              <w:rPr>
                <w:rFonts w:ascii="Lato" w:hAnsi="Lato"/>
                <w:b w:val="0"/>
                <w:i w:val="0"/>
                <w:sz w:val="19"/>
              </w:rPr>
              <w:t>• Bench. B08 has no Java. Its words differ from BRIDGE and HARBOR. B08 is the last new bench of the week; Friday is catch-up.</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Oct 30 · Why AP CSA</w:t>
      </w:r>
    </w:p>
    <w:p>
      <w:pPr>
        <w:spacing w:before="0" w:after="80" w:line="264" w:lineRule="auto"/>
      </w:pPr>
      <w:r>
        <w:rPr>
          <w:rFonts w:ascii="Lato" w:hAnsi="Lato"/>
          <w:b w:val="0"/>
          <w:i/>
          <w:color w:val="404040"/>
          <w:sz w:val="19"/>
        </w:rPr>
        <w:t>AP Computer Science A is a college-level Java course with one exam in May. A good score can earn credit or placement at many colleges, and each college sets its own rules.</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describe the AP Computer Science A exam, tell college credit from placement, and explain why the same score is treated differently by different colleges.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this week's four skills.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no new bench today; a code for any of this week's benches counts.</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“The AP Exam, College Credit and Placement” with class questions, Figure 1, and the discussion form in the right panel.</w:t>
            </w:r>
          </w:p>
          <w:p>
            <w:pPr>
              <w:spacing w:before="0" w:after="20" w:line="264" w:lineRule="auto"/>
              <w:ind w:left="317" w:hanging="230"/>
            </w:pPr>
            <w:r>
              <w:rPr>
                <w:rFonts w:ascii="Lato" w:hAnsi="Lato"/>
                <w:b w:val="0"/>
                <w:i w:val="0"/>
                <w:sz w:val="19"/>
              </w:rPr>
              <w:t>• We Do deck: Reading 2 “One Problem, Four Skills” with the classwork form.</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AP exam · college credit · placement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Most of you will take AP Computer Science A with me in the spring, and everything this week has been leading to it. Today you find out what the AP exam is and what a score on it can do for you in college.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student scores a 4 on the AP Computer Science A exam. Name two different things a college might do with that score.</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“The AP Exam, College Credit and Placement”,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From CS I to AP Computer Science A</w:t>
            </w:r>
          </w:p>
          <w:p>
            <w:pPr>
              <w:spacing w:before="0" w:after="20" w:line="264" w:lineRule="auto"/>
              <w:ind w:left="317" w:hanging="230"/>
            </w:pPr>
            <w:r>
              <w:rPr>
                <w:rFonts w:ascii="Lato" w:hAnsi="Lato"/>
                <w:b w:val="0"/>
                <w:i w:val="0"/>
                <w:sz w:val="19"/>
              </w:rPr>
              <w:t>• What the AP Exam Is</w:t>
            </w:r>
          </w:p>
          <w:p>
            <w:pPr>
              <w:spacing w:before="0" w:after="20" w:line="264" w:lineRule="auto"/>
              <w:ind w:left="317" w:hanging="230"/>
            </w:pPr>
            <w:r>
              <w:rPr>
                <w:rFonts w:ascii="Lato" w:hAnsi="Lato"/>
                <w:b w:val="0"/>
                <w:i w:val="0"/>
                <w:sz w:val="19"/>
              </w:rPr>
              <w:t>• College Credit and Placement</w:t>
            </w:r>
          </w:p>
          <w:p>
            <w:pPr>
              <w:spacing w:before="0" w:after="20" w:line="264" w:lineRule="auto"/>
              <w:ind w:left="317" w:hanging="230"/>
            </w:pPr>
            <w:r>
              <w:rPr>
                <w:rFonts w:ascii="Lato" w:hAnsi="Lato"/>
                <w:b w:val="0"/>
                <w:i w:val="0"/>
                <w:sz w:val="19"/>
              </w:rPr>
              <w:t>• Computer Science in the Louisiana Core</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AP exam</w:t>
            </w:r>
            <w:r>
              <w:rPr>
                <w:rFonts w:ascii="Lato" w:hAnsi="Lato"/>
                <w:b w:val="0"/>
                <w:i w:val="0"/>
                <w:sz w:val="19"/>
              </w:rPr>
              <w:t xml:space="preserve"> · A student earns an A in AP Computer Science A and a 3 on the exam. Which of those is the AP exam score, and who gave it?</w:t>
            </w:r>
          </w:p>
          <w:p>
            <w:pPr>
              <w:spacing w:before="0" w:after="20" w:line="264" w:lineRule="auto"/>
              <w:ind w:left="317" w:hanging="230"/>
            </w:pPr>
            <w:r>
              <w:rPr>
                <w:rFonts w:ascii="Lato" w:hAnsi="Lato"/>
                <w:b w:val="0"/>
                <w:i w:val="0"/>
                <w:sz w:val="19"/>
              </w:rPr>
              <w:t xml:space="preserve">2. </w:t>
            </w:r>
            <w:r>
              <w:rPr>
                <w:rFonts w:ascii="Lato" w:hAnsi="Lato"/>
                <w:b w:val="0"/>
                <w:i/>
                <w:sz w:val="19"/>
              </w:rPr>
              <w:t>notebook cue: college credit</w:t>
            </w:r>
            <w:r>
              <w:rPr>
                <w:rFonts w:ascii="Lato" w:hAnsi="Lato"/>
                <w:b w:val="0"/>
                <w:i w:val="0"/>
                <w:sz w:val="19"/>
              </w:rPr>
              <w:t xml:space="preserve"> · A college gives a student three credit hours for an AP score. What does the student get from that, and what does the credit count toward?</w:t>
            </w:r>
          </w:p>
          <w:p>
            <w:pPr>
              <w:spacing w:before="0" w:after="20" w:line="264" w:lineRule="auto"/>
              <w:ind w:left="317" w:hanging="230"/>
            </w:pPr>
            <w:r>
              <w:rPr>
                <w:rFonts w:ascii="Lato" w:hAnsi="Lato"/>
                <w:b w:val="0"/>
                <w:i w:val="0"/>
                <w:sz w:val="19"/>
              </w:rPr>
              <w:t xml:space="preserve">3. </w:t>
            </w:r>
            <w:r>
              <w:rPr>
                <w:rFonts w:ascii="Lato" w:hAnsi="Lato"/>
                <w:b w:val="0"/>
                <w:i/>
                <w:sz w:val="19"/>
              </w:rPr>
              <w:t>notebook cue: placement</w:t>
            </w:r>
            <w:r>
              <w:rPr>
                <w:rFonts w:ascii="Lato" w:hAnsi="Lato"/>
                <w:b w:val="0"/>
                <w:i w:val="0"/>
                <w:sz w:val="19"/>
              </w:rPr>
              <w:t xml:space="preserve"> · Another college lets the same student skip its first computer science course but gives no credit hours. Is that credit or placement? How do you know?</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path from CS I to the AP exam in May, the three things a college may do with a score, and the two sections of the exam.</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lists two things a college might do with the score, and agrees on what the student should do to find out what one particular college will do.</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Every college does the same thing with a 4. It always counts as one college course.</w:t>
            </w:r>
          </w:p>
          <w:p>
            <w:pPr>
              <w:spacing w:before="0" w:after="20" w:line="264" w:lineRule="auto"/>
              <w:ind w:left="317" w:hanging="230"/>
            </w:pPr>
            <w:r>
              <w:rPr>
                <w:rFonts w:ascii="Lato" w:hAnsi="Lato"/>
                <w:b w:val="0"/>
                <w:i w:val="0"/>
                <w:sz w:val="19"/>
              </w:rPr>
              <w:t>2. It depends on the college. One might give credit, another might give placement, and another might give neither.</w:t>
            </w:r>
          </w:p>
          <w:p>
            <w:pPr>
              <w:spacing w:before="0" w:after="20" w:line="264" w:lineRule="auto"/>
              <w:ind w:left="317" w:hanging="230"/>
            </w:pPr>
            <w:r>
              <w:rPr>
                <w:rFonts w:ascii="Lato" w:hAnsi="Lato"/>
                <w:b w:val="0"/>
                <w:i w:val="0"/>
                <w:sz w:val="19"/>
              </w:rPr>
              <w:t>3. Nothing. Colleges do not look at AP scores.</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Every college gives credit for a 3 on every AP exam.</w:t>
            </w:r>
          </w:p>
          <w:p>
            <w:pPr>
              <w:spacing w:before="0" w:after="20" w:line="264" w:lineRule="auto"/>
              <w:ind w:left="317" w:hanging="230"/>
            </w:pPr>
            <w:r>
              <w:rPr>
                <w:rFonts w:ascii="Lato" w:hAnsi="Lato"/>
                <w:b w:val="0"/>
                <w:i w:val="0"/>
                <w:sz w:val="19"/>
              </w:rPr>
              <w:t>2. Placement can let a student skip a college's first course in a subject.</w:t>
            </w:r>
          </w:p>
          <w:p>
            <w:pPr>
              <w:spacing w:before="0" w:after="20" w:line="264" w:lineRule="auto"/>
              <w:ind w:left="317" w:hanging="230"/>
            </w:pPr>
            <w:r>
              <w:rPr>
                <w:rFonts w:ascii="Lato" w:hAnsi="Lato"/>
                <w:b w:val="0"/>
                <w:i w:val="0"/>
                <w:sz w:val="19"/>
              </w:rPr>
              <w:t>3. On the AP Computer Science A exam, students write their free-response answers in Java.</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40–75</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“One Problem, Four Skills”, a reading of about 340 words. Work the first part aloud, then students work it on their own.</w:t>
            </w:r>
          </w:p>
          <w:p>
            <w:pPr>
              <w:spacing w:before="0" w:after="20" w:line="264" w:lineRule="auto"/>
              <w:ind w:left="317" w:hanging="230"/>
            </w:pPr>
            <w:r>
              <w:rPr>
                <w:rFonts w:ascii="Lato" w:hAnsi="Lato"/>
                <w:b w:val="0"/>
                <w:i w:val="0"/>
                <w:sz w:val="19"/>
              </w:rPr>
              <w:t>• The Steps</w:t>
            </w:r>
          </w:p>
          <w:p>
            <w:pPr>
              <w:spacing w:before="0" w:after="20" w:line="264" w:lineRule="auto"/>
              <w:ind w:left="317" w:hanging="230"/>
            </w:pPr>
            <w:r>
              <w:rPr>
                <w:rFonts w:ascii="Lato" w:hAnsi="Lato"/>
                <w:b w:val="0"/>
                <w:i w:val="0"/>
                <w:sz w:val="19"/>
              </w:rPr>
              <w:t>• Counting the Letters</w:t>
            </w:r>
          </w:p>
          <w:p>
            <w:pPr>
              <w:spacing w:before="0" w:after="20" w:line="264" w:lineRule="auto"/>
              <w:ind w:left="317" w:hanging="230"/>
            </w:pPr>
            <w:r>
              <w:rPr>
                <w:rFonts w:ascii="Lato" w:hAnsi="Lato"/>
                <w:b w:val="0"/>
                <w:i w:val="0"/>
                <w:sz w:val="19"/>
              </w:rPr>
              <w:t>• The Mistakes Each Bench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statement describes an AP exam?</w:t>
            </w:r>
          </w:p>
          <w:p>
            <w:pPr>
              <w:spacing w:before="0" w:after="20" w:line="264" w:lineRule="auto"/>
              <w:ind w:left="317" w:hanging="230"/>
            </w:pPr>
            <w:r>
              <w:rPr>
                <w:rFonts w:ascii="Lato" w:hAnsi="Lato"/>
                <w:b w:val="0"/>
                <w:i w:val="0"/>
                <w:sz w:val="19"/>
              </w:rPr>
              <w:t>• MC 2 · What is the college giving the student?</w:t>
            </w:r>
          </w:p>
          <w:p>
            <w:pPr>
              <w:spacing w:before="0" w:after="20" w:line="264" w:lineRule="auto"/>
              <w:ind w:left="317" w:hanging="230"/>
            </w:pPr>
            <w:r>
              <w:rPr>
                <w:rFonts w:ascii="Lato" w:hAnsi="Lato"/>
                <w:b w:val="0"/>
                <w:i w:val="0"/>
                <w:sz w:val="19"/>
              </w:rPr>
              <w:t>• MC 3 · Which choice describes the two sections of the AP Computer Science A exam?</w:t>
            </w:r>
          </w:p>
          <w:p>
            <w:pPr>
              <w:spacing w:before="0" w:after="20" w:line="264" w:lineRule="auto"/>
              <w:ind w:left="317" w:hanging="230"/>
            </w:pPr>
            <w:r>
              <w:rPr>
                <w:rFonts w:ascii="Lato" w:hAnsi="Lato"/>
                <w:b w:val="0"/>
                <w:i w:val="0"/>
                <w:sz w:val="19"/>
              </w:rPr>
              <w:t>• MC 4 · What does Act 502 let a Louisiana student do?</w:t>
            </w:r>
          </w:p>
          <w:p>
            <w:pPr>
              <w:spacing w:before="0" w:after="20" w:line="264" w:lineRule="auto"/>
              <w:ind w:left="317" w:hanging="230"/>
            </w:pPr>
            <w:r>
              <w:rPr>
                <w:rFonts w:ascii="Lato" w:hAnsi="Lato"/>
                <w:b w:val="0"/>
                <w:i w:val="0"/>
                <w:sz w:val="19"/>
              </w:rPr>
              <w:t>• MC 5 · After these three steps, what is stored in n and in m?</w:t>
            </w:r>
          </w:p>
          <w:p>
            <w:pPr>
              <w:spacing w:before="0" w:after="20" w:line="264" w:lineRule="auto"/>
              <w:ind w:left="317" w:hanging="230"/>
            </w:pPr>
            <w:r>
              <w:rPr>
                <w:rFonts w:ascii="Lato" w:hAnsi="Lato"/>
                <w:b w:val="0"/>
                <w:i w:val="0"/>
                <w:sz w:val="19"/>
              </w:rPr>
              <w:t>• MC 6 · What is stored in q?</w:t>
            </w:r>
          </w:p>
          <w:p>
            <w:pPr>
              <w:spacing w:before="0" w:after="20" w:line="264" w:lineRule="auto"/>
              <w:ind w:left="317" w:hanging="230"/>
            </w:pPr>
            <w:r>
              <w:rPr>
                <w:rFonts w:ascii="Lato" w:hAnsi="Lato"/>
                <w:b w:val="0"/>
                <w:i w:val="0"/>
                <w:sz w:val="19"/>
              </w:rPr>
              <w:t>• MC 7 · What is stored in r?</w:t>
            </w:r>
          </w:p>
          <w:p>
            <w:pPr>
              <w:spacing w:before="0" w:after="20" w:line="264" w:lineRule="auto"/>
              <w:ind w:left="317" w:hanging="230"/>
            </w:pPr>
            <w:r>
              <w:rPr>
                <w:rFonts w:ascii="Lato" w:hAnsi="Lato"/>
                <w:b w:val="0"/>
                <w:i w:val="0"/>
                <w:sz w:val="19"/>
              </w:rPr>
              <w:t>• MC 8 · What is stored in ok after these two steps?</w:t>
            </w:r>
          </w:p>
          <w:p>
            <w:pPr>
              <w:spacing w:before="0" w:after="20" w:line="264" w:lineRule="auto"/>
              <w:ind w:left="317" w:hanging="230"/>
            </w:pPr>
            <w:r>
              <w:rPr>
                <w:rFonts w:ascii="Lato" w:hAnsi="Lato"/>
                <w:b w:val="0"/>
                <w:i w:val="0"/>
                <w:sz w:val="19"/>
              </w:rPr>
              <w:t>• MC 9 · Which check matches the rule?</w:t>
            </w:r>
          </w:p>
          <w:p>
            <w:pPr>
              <w:spacing w:before="0" w:after="20" w:line="264" w:lineRule="auto"/>
              <w:ind w:left="317" w:hanging="230"/>
            </w:pPr>
            <w:r>
              <w:rPr>
                <w:rFonts w:ascii="Lato" w:hAnsi="Lato"/>
                <w:b w:val="0"/>
                <w:i w:val="0"/>
                <w:sz w:val="19"/>
              </w:rPr>
              <w:t>• MC 10 · Which letter is at position 3?</w:t>
            </w:r>
          </w:p>
          <w:p>
            <w:pPr>
              <w:spacing w:before="0" w:after="20" w:line="264" w:lineRule="auto"/>
              <w:ind w:left="317" w:hanging="230"/>
            </w:pPr>
            <w:r>
              <w:rPr>
                <w:rFonts w:ascii="Lato" w:hAnsi="Lato"/>
                <w:b w:val="0"/>
                <w:i w:val="0"/>
                <w:sz w:val="19"/>
              </w:rPr>
              <w:t>• CR 1 · Give the value stored after each step, and show the check for steps 2 and 3.</w:t>
            </w:r>
          </w:p>
          <w:p>
            <w:pPr>
              <w:spacing w:before="0" w:after="20" w:line="264" w:lineRule="auto"/>
              <w:ind w:left="317" w:hanging="230"/>
            </w:pPr>
            <w:r>
              <w:rPr>
                <w:rFonts w:ascii="Lato" w:hAnsi="Lato"/>
                <w:b w:val="0"/>
                <w:i w:val="0"/>
                <w:sz w:val="19"/>
              </w:rPr>
              <w:t>• CR 2 · In two sentences, explain why the same AP score can earn credit at one college and only placement at another.</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Work these five steps and give every stored value.</w:t>
            </w:r>
          </w:p>
          <w:p>
            <w:pPr>
              <w:spacing w:before="0" w:after="20" w:line="264" w:lineRule="auto"/>
              <w:ind w:left="317" w:hanging="230"/>
            </w:pPr>
            <w:r>
              <w:rPr>
                <w:rFonts w:ascii="Lato" w:hAnsi="Lato"/>
                <w:b w:val="0"/>
                <w:i w:val="0"/>
                <w:sz w:val="19"/>
              </w:rPr>
              <w:t>• CR 4 · Name one college you might apply to.</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is the difference between college credit and placement, and who decides which one a student gets?</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runs n ← 38, then q ← n ÷ 5, then r ← n rem 5. What are q and r, and is r &lt; 3 true or false?</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college's page says, "A score of 4 or 5 on AP Computer Science A places you into CS 2. No credit hours are awarded." Is that college credit or placement? Explain how you know.</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No new bench. The bench beat is catch-up and pick-up. A code for any of B05–B08 counts toward this week's Bench Basics grade.</w:t>
            </w:r>
          </w:p>
          <w:p>
            <w:pPr>
              <w:spacing w:before="0" w:after="20" w:line="264" w:lineRule="auto"/>
              <w:ind w:left="317" w:hanging="230"/>
            </w:pPr>
            <w:r>
              <w:rPr>
                <w:rFonts w:ascii="Lato" w:hAnsi="Lato"/>
                <w:b w:val="0"/>
                <w:i w:val="0"/>
                <w:sz w:val="19"/>
              </w:rPr>
              <w:t>• Mixed reading. Reading 2 uses only the four skills already on the benches. Its numbers and word (29, 6, MUSEUM) are not used on any bench job.</w:t>
            </w:r>
          </w:p>
          <w:p>
            <w:pPr>
              <w:spacing w:before="0" w:after="20" w:line="264" w:lineRule="auto"/>
              <w:ind w:left="317" w:hanging="230"/>
            </w:pPr>
            <w:r>
              <w:rPr>
                <w:rFonts w:ascii="Lato" w:hAnsi="Lato"/>
                <w:b w:val="0"/>
                <w:i w:val="0"/>
                <w:sz w:val="19"/>
              </w:rPr>
              <w:t>• Counselor. If a counselor visit or a course-selection date is set for the spring, Sean may add it to the close of the passage.</w:t>
            </w:r>
          </w:p>
          <w:p>
            <w:pPr>
              <w:spacing w:before="0" w:after="20" w:line="264" w:lineRule="auto"/>
              <w:ind w:left="317" w:hanging="230"/>
            </w:pPr>
            <w:r>
              <w:rPr>
                <w:rFonts w:ascii="Lato" w:hAnsi="Lato"/>
                <w:b w:val="0"/>
                <w:i w:val="0"/>
                <w:sz w:val="19"/>
              </w:rPr>
              <w:t>• No new bench today. Students past the classwork floor can finish this week's benches, picking up from a credit code.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